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🌾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משחקי טקסט ומשימות – גרסת נייר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🌾 חג הסיגד · יסודי – חנ״מ · חוברת תלמיד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בחוברת: בלש הטקסט · צופן סודי · דרכון תחנות · מיון וציר זמן · נחשו ובדקו · יוצא דופן · משחקי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🕵️ מִי הֵבִיא אֶת הַמִּטְרִיָּה? ☂️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התיק: מִי הֵבִיא אֶת הַמִּטְרִיָּה הַצִּבְעוֹנִית? קראו את הטקסט, ענו על שאלות הרמזים, וסמנו ✖ על כל חשוד/ה שנשלל/ה.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🌾 הַיּוֹם חַג הַסִּיגְד. הַכִּתָּה מְקַשֶּׁטֶת פִּנָּה לֶחָג. מִישֶׁהוּ הֵבִיא מִטְרִיָּה צִבְעוֹנִית ☂️. כְּמוֹ הַמִּטְרִיּוֹת שֶׁל הַקֵּסִים! הַמִּטְרִיָּה רְטֻבָּה 💧. בַּבֹּקֶר יָרַד גֶּשֶׁם. שִׁירָה בָּאָה בִּמְכוֹנִית 🚗. דָּנִי וְרוֹנִי הָלְכוּ בָּרֶגֶל 🚶. דָּנִי אָמַר: "שָׁכַחְתִּי מִטְרִיָּה. נִרְטַבְתִּי!"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החשוד/ה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תיאור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נשלל/ה? 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שִׁירָה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בָּאָה הַיּוֹם בִּמְכוֹנִית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🚶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דָּנִי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הָלַךְ בָּרֶגֶל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רוֹנִי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הָלַךְ בָּרֶגֶל עִם תִּיק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מִי הָלַךְ בַּגֶּשֶׁם? 🌧️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שִׁירָה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דָּנִי וְרוֹנִי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אַף אֶחָד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מָה אָמַר דָּנִי? 💬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הֵבֵאתִי מִטְרִיָּה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אֲנִי רָעֵב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שָׁכַחְתִּי מִטְרִיָּה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האשם/ה הוא/היא: ______________________ . הוכחה מהטקסט: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צֹפֶן הַחַג 🔐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הקטע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🌾 בַּסִּיגְד עוֹלִים לָהָר ⛰️. הַקֵּסִים הוֹלְכִים רִאשׁוֹנִים. הֵם קוֹרְאִים מִן הָאוֹרִית 📜. כֻּלָּם צָמִים עַד הַצָּהֳרַיִם. כֻּלָּם מִתְגַּעְגְּעִים לִירוּשָׁלַיִם ❤️. אַחַר כָּךְ אוֹכְלִים יַחַד 🍲.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הצופן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רמז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🔀 מ ס ק 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מַנְהִיגֵי הַקְּהִלָּה 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🔢 ‏1‏ ‏- 6‏ ‏- 20‏ ‏- 10‏ ‏- 22‏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הַסְּפָרִים הַקְּדוֹשִׁים שֶׁל הַקְּהִלָּה 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🔀 י ד 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כֻּלָּם בְּיַחַד, לֹא לְבַד 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🔣 מפתח: א=1 ב=2 ג=3 ד=4 ה=5 ו=6 ז=7 ח=8 ט=9 י=10 כ=11 ל=12 מ=13 נ=14 ס=15 ע=16 פ=17 צ=18 ק=19 ר=20 ש=21 ת=22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המסר הסודי לפי המורה: 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🗺️ דרכון התחנות: מַסַּע קָטָן לְחַג גָּדוֹל 🗺️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יוֹצְאִים לְמַסָּע 🚶. פִּתְרוּ כָּל תַּחֲנָה. קַבְּלוּ אוֹת קֶסֶם ✨. בכל תחנה – פתרו את המשימה וכתבו את אות הקסם שתקבלו מהמורה.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🏡 הַבַּיִת – מָה עוֹשִׂים בַּבֹּקֶר שֶׁל הַסִּיגְד?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אוֹכְלִים הַרְבֵּה 🍰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צָמִים 🚫🍞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יְשֵׁנִים 😴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⛰️ הַדֶּרֶךְ – לְאָן עוֹלִים בַּסִּיגְד?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לַיָּם 🌊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לַשּׁוּק 🛒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לָהָר ⛰️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📜 רֹאשׁ הָהָר – מִמָּה קוֹרְאִים הַקֵּסִים?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מִן הָאוֹרִית 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מֵעִתּוֹן 📰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מִסֵּפֶר בִּשּׁוּל 🍳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🌇 יְרוּשָׁלַיִם – לְמָה מִתְגַּעְגְּעִים כֻּלָּם?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לַיַּעַר 🌳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לִירוּשָׁלַיִם ❤️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לַחֹרֶף ❄️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תחנה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1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2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3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4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אות קסם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🚪 קוד היציאה: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מְסַדְּרִים וּמְמַיְּנִים 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סַדְּרוּ אֶת יוֹם הַסִּיגְד. מַיְּנוּ מָה שַׁיָּךְ לֶחָג.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סַדְּרוּ אֶת הַיּוֹם 🕐 – מספרו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האירוע / 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מִתְפַּלְּלִים עַל הָהָר 🙏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אוֹכְלִים יַחַד 🍲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צָמִים בַּבֹּקֶר 🚫🍞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שַׁיָּךְ לַסִּיגְד אוֹ לֹא? – סמנו ✓ בעמודה המתאימה: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כרטיס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שַׁיָּךְ לַסִּיגְד 🌾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לֹא שַׁיָּךְ 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סְבִיבוֹן 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תַּחְפֹּשֶׂת 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אוֹרִית 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קֵסִים 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הַר ⛰️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מַצּוֹת 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רצועות מיון לגזירה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צָמִים בַּבֹּקֶר 🚫🍞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מִתְפַּלְּלִים עַל הָהָר 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אוֹכְלִים יַחַד 🍲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הַר ⛰️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אוֹרִית 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סְבִיבוֹן 🎡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קֵסִים 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מַצּוֹת 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תַּחְפֹּשֶׂת 🎭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🔮 נַחֲשׁוּ וּבִדְקוּ 🔮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כל קטע, הקיפו את הניבוי שלכם – ורק אז המורה תקרא את ההמשך.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1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בֹּקֶר שֶׁל סִיגְד 🌅. אַבְרָהָם קָם מֻקְדָּם.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מָה הוּא יַעֲשֶׂה?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יֹאכַל עוּגָה 🍰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יָצוּם וְיֵצֵא לַדֶּרֶךְ 🚶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יִשָּׁאֵר בַּמִּטָּה 🛏️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2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הַקְּהִלָּה הוֹלֶכֶת לָהָר. מִי הוֹלֵךְ רִאשׁוֹן?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מָה אַתֶּם חוֹשְׁבִים?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הַקֵּסִים 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הַיְּלָדִים הַקְּטַנִּים 👶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אַף אֶחָד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כֻּלָּם עַל הָהָר ⛰️. הֵם מִתְפַּלְּלִים בְּשֶׁקֶט.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לְאָן הֵם מַבִּיטִים?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לַשָּׁמַיִם בִּלְבַד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לַבַּיִת שֶׁלָּהֶם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לְכִוּוּן יְרוּשָׁלַיִם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מִי לֹא שַׁיָּךְ? 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⛰️ הַר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📜 אוֹרִית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🙏 תְּפִלָּה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🍦 גְּלִידָה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גְּלִידָה קָרָה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גְּלִידָה לֹא קְשׁוּרָה לַסִּיגְד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גְּלִידָה מְתוּקָה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⚽ כַּדּוּר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🙏 קֵס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🧭 מַדְרִיךְ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👩‍🏫 מוֹרָה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כַּדּוּר הוּא מִלָּה קְצָרָה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כַּדּוּר לֹא מוֹבִיל אֲנָשִׁים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קוֹנִים כַּדּוּר בַּחֲנוּת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⛰️ עוֹלִים לָהָר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📜 קוֹרְאִים בָּאוֹרִית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🕎 מַדְלִיקִים חֲנֻכִּיָּה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❤️ מִתְגַּעְגְּעִים לִירוּשָׁלַיִם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חֲנֻכִּיָּה שַׁיֶּכֶת לַחֲנֻכָּה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חֲנֻכִּיָּה יָפָה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חֲנֻכִּיָּה יֵשׁ בַּבַּיִת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ד׳ – 🏁 משחקי סיום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🏆 טריוויה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לְאָן עוֹלִים בַּסִּיגְד?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לַיָּם 🌊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לָהָר ⛰️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לַגַּן 🌳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מָה עוֹשֶׂה הַקֵּס?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קוֹרֵא וּמוֹבִיל 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מְבַשֵּׁל 🍲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יָשֵׁן 😴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לָמָּה צָמִים בַּבֹּקֶר?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כִּי אֵין אֹכֶל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כִּי זֶה מִשְׂחָק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כְּדֵי לְהִתְכּוֹנֵן לַתְּפִלָּה 🙏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מָה קוֹרֶה בָּעֶרֶב?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הוֹלְכִים לִישֹׁן מִיָּד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חוֹגְגִים וְאוֹכְלִים יַחַד 🎉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עוֹלִים שׁוּב לָהָר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⚡ נכון /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היגד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בַּסִּיגְד עוֹלִים לָהָר. ⛰️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הַקֵּס קוֹרֵא מֵהָאוֹרִית. 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בַּסִּיגְד אוֹכְלִים כְּבָר בַּבֹּקֶר. 🍞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הִתְגַּעְגְּעוּ לִירוּשָׁלַיִם. 💛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הַסִּיגְד הוּא חַג בַּקַּיִץ. ☀️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כָּל אֶחָד חוֹגֵג לְבַד. 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🧱 מחסן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מחסן: לָהָר · מֵהָאוֹרִית · בָּעֶרֶב · לַיָּם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השלימו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בַּבֹּקֶר עוֹלִים (1)________. הַקֵּס קוֹרֵא (2)________. (3)________ חוֹגְגִים יַחַד.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🔎 בלש הניסוח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בטקסט 3 שגיאות. הקיפו אותן וכתבו תיקון: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בַּסִּיגְד הַקְּהִלָּה עוֹלִים לָהָר. הַקֵּס קוֹרֵאת מֵהָאוֹרִית. בָּעֶרֶב חוֹגְגִים בְּשִׂימְחָה.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🧠 קלפי זיכרון – גזרו והתאימו מושג להגדרה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סִיגְד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⛰️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הַר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🧔🏾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C7ED6"/>
                <w:sz w:val="24"/>
                <w:rtl/>
                <w:szCs w:val="24"/>
                <w:bCs/>
              </w:rPr>
              <w:t>קֵס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📜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אוֹרִית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צוֹם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💛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גַּעְגּוּעַ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חַג שֶׁל יְהוּדֵי אֶתְיוֹפְּיָה. 🌾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מָקוֹם גָּבוֹהַּ מְאוֹד. ⛰️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מַנְהִיג שֶׁל הַקְּהִלָּה. 🧔🏾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הַסֵּפֶר הַקָּדוֹשׁ שֶׁל הַקְּהִלָּה. 📜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לֹא אוֹכְלִים וְלֹא שׁוֹתִים. 🍽️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רוֹצִים מְאוֹד לִהְיוֹת בְּמָקוֹם אָהוּב. 💛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אחד שלמדתי היום: 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שנשארה לי: 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🌾 חג הסיגד · יסודי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