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חג הסיגד · יסודי – עולים חדשים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מִי כָּתַב עַל הַלּוּחַ?</w:t>
      </w:r>
    </w:p>
    <w:p>
      <w:pPr>
        <w:bidi/>
        <w:jc w:val="right"/>
      </w:pPr>
      <w:r>
        <w:rPr>
          <w:rFonts w:ascii="Arial" w:hAnsi="Arial" w:cs="Arial"/>
          <w:color w:val="555577"/>
          <w:sz w:val="28"/>
          <w:rtl/>
          <w:szCs w:val="28"/>
        </w:rPr>
        <w:t>התיק: מִי כָּתַב "סִיגְד שָׂמֵחַ" עַל הַלּוּחַ?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בַּבֹּקֶר הַמּוֹרָה נִכְנְסָה לַכִּתָּה, בְּשָׁעָה שְׁמוֹנֶה וָחֵצִי. עַל הַלּוּחַ כָּתוּב בְּיָרֹק: "סִיגְד שָׂמֵחַ! 🌾" מִי כָּתַב?</w:t>
        <w:br/>
        <w:t>אַבְרָהָם חוֹלֶה הַיּוֹם. הוּא בַּבַּיִת.</w:t>
        <w:br/>
        <w:t>נָתָן הִגִּיעַ מְאֻחָר, בְּשָׁעָה תֵּשַׁע.</w:t>
        <w:br/>
        <w:t>קַמִּילָה וְלִיאוֹר הִגִּיעוּ מֻקְדָּם, בְּשָׁעָה שְׁמוֹנֶה.</w:t>
        <w:br/>
        <w:t>לִיאוֹר הֵבִיא רַק טוּשׁ אָדֹם.</w:t>
        <w:br/>
        <w:t>קַמִּילָה אוֹמֶרֶת: "אֶתְמוֹל הַשְּׁכֵנָה שֶׁלִּי סִפְּרָה לִי עַל הַסִּיגְד. זֶה חַג יָפֶה!"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אַבְרָהָם</w:t>
            </w:r>
          </w:p>
        </w:tc>
        <w:tc>
          <w:tcPr>
            <w:tcW w:type="dxa" w:w="2606"/>
          </w:tcPr>
          <w:p>
            <w:pPr>
              <w:bidi/>
              <w:jc w:val="right"/>
            </w:pPr>
            <w:r>
              <w:rPr>
                <w:rFonts w:ascii="Arial" w:hAnsi="Arial" w:cs="Arial"/>
                <w:sz w:val="26"/>
                <w:rtl/>
                <w:szCs w:val="26"/>
              </w:rPr>
              <w:t>תַּלְמִיד בְּכִתָּה ו׳</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נָתָן</w:t>
            </w:r>
          </w:p>
        </w:tc>
        <w:tc>
          <w:tcPr>
            <w:tcW w:type="dxa" w:w="2606"/>
          </w:tcPr>
          <w:p>
            <w:pPr>
              <w:bidi/>
              <w:jc w:val="right"/>
            </w:pPr>
            <w:r>
              <w:rPr>
                <w:rFonts w:ascii="Arial" w:hAnsi="Arial" w:cs="Arial"/>
                <w:sz w:val="26"/>
                <w:rtl/>
                <w:szCs w:val="26"/>
              </w:rPr>
              <w:t>עָלָה מִצָּרְפַת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לִיאוֹר</w:t>
            </w:r>
          </w:p>
        </w:tc>
        <w:tc>
          <w:tcPr>
            <w:tcW w:type="dxa" w:w="2606"/>
          </w:tcPr>
          <w:p>
            <w:pPr>
              <w:bidi/>
              <w:jc w:val="right"/>
            </w:pPr>
            <w:r>
              <w:rPr>
                <w:rFonts w:ascii="Arial" w:hAnsi="Arial" w:cs="Arial"/>
                <w:sz w:val="26"/>
                <w:rtl/>
                <w:szCs w:val="26"/>
              </w:rPr>
              <w:t>אוֹהֵב לְצַיֵּר</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קַמִּילָה</w:t>
            </w:r>
          </w:p>
        </w:tc>
        <w:tc>
          <w:tcPr>
            <w:tcW w:type="dxa" w:w="2606"/>
          </w:tcPr>
          <w:p>
            <w:pPr>
              <w:bidi/>
              <w:jc w:val="right"/>
            </w:pPr>
            <w:r>
              <w:rPr>
                <w:rFonts w:ascii="Arial" w:hAnsi="Arial" w:cs="Arial"/>
                <w:sz w:val="26"/>
                <w:rtl/>
                <w:szCs w:val="26"/>
              </w:rPr>
              <w:t>עָלְתָה מֵאַרְגֶּנְטִינָה</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מִי לֹא בְּבֵית הַסֵּפֶר הַיּוֹם?</w:t>
      </w:r>
    </w:p>
    <w:p>
      <w:pPr>
        <w:bidi/>
        <w:jc w:val="right"/>
      </w:pPr>
      <w:r>
        <w:rPr>
          <w:rFonts w:ascii="Arial" w:hAnsi="Arial" w:cs="Arial"/>
          <w:sz w:val="28"/>
          <w:rtl/>
          <w:szCs w:val="28"/>
        </w:rPr>
        <w:t xml:space="preserve">   ◯ א. נָתָן</w:t>
      </w:r>
    </w:p>
    <w:p>
      <w:pPr>
        <w:bidi/>
        <w:jc w:val="right"/>
      </w:pPr>
      <w:r>
        <w:rPr>
          <w:rFonts w:ascii="Arial" w:hAnsi="Arial" w:cs="Arial"/>
          <w:sz w:val="28"/>
          <w:rtl/>
          <w:szCs w:val="28"/>
        </w:rPr>
        <w:t xml:space="preserve">   ◯ ב. אַבְרָהָם</w:t>
      </w:r>
    </w:p>
    <w:p>
      <w:pPr>
        <w:bidi/>
        <w:jc w:val="right"/>
      </w:pPr>
      <w:r>
        <w:rPr>
          <w:rFonts w:ascii="Arial" w:hAnsi="Arial" w:cs="Arial"/>
          <w:sz w:val="28"/>
          <w:rtl/>
          <w:szCs w:val="28"/>
        </w:rPr>
        <w:t xml:space="preserve">   ◯ ג. קַמִּילָה</w:t>
      </w:r>
    </w:p>
    <w:p>
      <w:pPr>
        <w:bidi/>
        <w:jc w:val="right"/>
      </w:pPr>
      <w:r>
        <w:rPr>
          <w:rFonts w:ascii="Arial" w:hAnsi="Arial" w:cs="Arial"/>
          <w:sz w:val="28"/>
          <w:rtl/>
          <w:szCs w:val="28"/>
        </w:rPr>
        <w:t xml:space="preserve">   ◯ ד. לִיאוֹר</w:t>
      </w:r>
    </w:p>
    <w:p>
      <w:pPr>
        <w:bidi/>
        <w:jc w:val="right"/>
      </w:pPr>
      <w:r>
        <w:rPr>
          <w:rFonts w:ascii="Arial" w:hAnsi="Arial" w:cs="Arial"/>
          <w:b/>
          <w:sz w:val="28"/>
          <w:rtl/>
          <w:szCs w:val="28"/>
          <w:bCs/>
        </w:rPr>
        <w:t>2. מָתַי הִגִּיעַ נָתָן?</w:t>
      </w:r>
    </w:p>
    <w:p>
      <w:pPr>
        <w:bidi/>
        <w:jc w:val="right"/>
      </w:pPr>
      <w:r>
        <w:rPr>
          <w:rFonts w:ascii="Arial" w:hAnsi="Arial" w:cs="Arial"/>
          <w:sz w:val="28"/>
          <w:rtl/>
          <w:szCs w:val="28"/>
        </w:rPr>
        <w:t xml:space="preserve">   ◯ א. בְּשָׁעָה שְׁמוֹנֶה</w:t>
      </w:r>
    </w:p>
    <w:p>
      <w:pPr>
        <w:bidi/>
        <w:jc w:val="right"/>
      </w:pPr>
      <w:r>
        <w:rPr>
          <w:rFonts w:ascii="Arial" w:hAnsi="Arial" w:cs="Arial"/>
          <w:sz w:val="28"/>
          <w:rtl/>
          <w:szCs w:val="28"/>
        </w:rPr>
        <w:t xml:space="preserve">   ◯ ב. בְּשָׁעָה שֶׁבַע</w:t>
      </w:r>
    </w:p>
    <w:p>
      <w:pPr>
        <w:bidi/>
        <w:jc w:val="right"/>
      </w:pPr>
      <w:r>
        <w:rPr>
          <w:rFonts w:ascii="Arial" w:hAnsi="Arial" w:cs="Arial"/>
          <w:sz w:val="28"/>
          <w:rtl/>
          <w:szCs w:val="28"/>
        </w:rPr>
        <w:t xml:space="preserve">   ◯ ג. בְּשָׁעָה תֵּשַׁע – אַחֲרֵי הַמּוֹרָה</w:t>
      </w:r>
    </w:p>
    <w:p>
      <w:pPr>
        <w:bidi/>
        <w:jc w:val="right"/>
      </w:pPr>
      <w:r>
        <w:rPr>
          <w:rFonts w:ascii="Arial" w:hAnsi="Arial" w:cs="Arial"/>
          <w:b/>
          <w:sz w:val="28"/>
          <w:rtl/>
          <w:szCs w:val="28"/>
          <w:bCs/>
        </w:rPr>
        <w:t>3. בְּאֵיזֶה צֶבַע כָּתוּב עַל הַלּוּחַ?</w:t>
      </w:r>
    </w:p>
    <w:p>
      <w:pPr>
        <w:bidi/>
        <w:jc w:val="right"/>
      </w:pPr>
      <w:r>
        <w:rPr>
          <w:rFonts w:ascii="Arial" w:hAnsi="Arial" w:cs="Arial"/>
          <w:sz w:val="28"/>
          <w:rtl/>
          <w:szCs w:val="28"/>
        </w:rPr>
        <w:t xml:space="preserve">   ◯ א. יָרֹק – וּלְלִיאוֹר יֵשׁ רַק אָדֹם</w:t>
      </w:r>
    </w:p>
    <w:p>
      <w:pPr>
        <w:bidi/>
        <w:jc w:val="right"/>
      </w:pPr>
      <w:r>
        <w:rPr>
          <w:rFonts w:ascii="Arial" w:hAnsi="Arial" w:cs="Arial"/>
          <w:sz w:val="28"/>
          <w:rtl/>
          <w:szCs w:val="28"/>
        </w:rPr>
        <w:t xml:space="preserve">   ◯ ב. אָדֹם – כְּמוֹ הַטּוּשׁ שֶׁל לִיאוֹר</w:t>
      </w:r>
    </w:p>
    <w:p>
      <w:pPr>
        <w:bidi/>
        <w:jc w:val="right"/>
      </w:pPr>
      <w:r>
        <w:rPr>
          <w:rFonts w:ascii="Arial" w:hAnsi="Arial" w:cs="Arial"/>
          <w:sz w:val="28"/>
          <w:rtl/>
          <w:szCs w:val="28"/>
        </w:rPr>
        <w:t xml:space="preserve">   ◯ ג. כָּחֹל</w:t>
      </w:r>
    </w:p>
    <w:p>
      <w:pPr>
        <w:bidi/>
        <w:jc w:val="right"/>
      </w:pPr>
      <w:r>
        <w:rPr>
          <w:rFonts w:ascii="Arial" w:hAnsi="Arial" w:cs="Arial"/>
          <w:sz w:val="28"/>
          <w:rtl/>
          <w:szCs w:val="28"/>
        </w:rPr>
        <w:t xml:space="preserve">   ◯ ד. שָׁחֹר</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צֹפֶן הַמִּלִּים</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סִיגְד הוּא חַג שֶׁל יְהוּדֵי אֶתְיוֹפְּיָה. הַחַג בְּחֹדֶשׁ חֶשְׁוָן. בַּחַג עוֹלִים לְהַר גָּבוֹהַּ. הַקֵּסִים קוֹרְאִים מִן הָאוֹרִית. כֻּלָּם מִתְפַּלְּלִים. כֻּלָּם צָמִים עַד הַצָּהֳרַיִם. כֻּלָּם חוֹשְׁבִים עַל יְרוּשָׁלַיִם. אַחַר כָּךְ יֵשׁ סְעוּדָה גְּדוֹלָה. הַיּוֹם חוֹגְגִים אֶת הַחַג גַּם בִּירוּשָׁלַיִם.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נ ש ח ו</w:t>
            </w:r>
          </w:p>
        </w:tc>
        <w:tc>
          <w:tcPr>
            <w:tcW w:type="dxa" w:w="2606"/>
          </w:tcPr>
          <w:p>
            <w:pPr>
              <w:bidi/>
              <w:jc w:val="right"/>
            </w:pPr>
            <w:r>
              <w:rPr>
                <w:rFonts w:ascii="Arial" w:hAnsi="Arial" w:cs="Arial"/>
                <w:sz w:val="26"/>
                <w:rtl/>
                <w:szCs w:val="26"/>
              </w:rPr>
              <w:t>חֹדֶשׁ בַּלּוּחַ הָעִבְרִי. בּוֹ חָל הַסִּיגְד.</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‏15‏ ‏- 16‏ ‏- 6‏ ‏- 4‏ ‏- 5‏</w:t>
            </w:r>
          </w:p>
        </w:tc>
        <w:tc>
          <w:tcPr>
            <w:tcW w:type="dxa" w:w="2606"/>
          </w:tcPr>
          <w:p>
            <w:pPr>
              <w:bidi/>
              <w:jc w:val="right"/>
            </w:pPr>
            <w:r>
              <w:rPr>
                <w:rFonts w:ascii="Arial" w:hAnsi="Arial" w:cs="Arial"/>
                <w:sz w:val="26"/>
                <w:rtl/>
                <w:szCs w:val="26"/>
              </w:rPr>
              <w:t>אֲרוּחָה גְּדוֹלָה וּשְׂמֵחָה.</w:t>
            </w:r>
          </w:p>
        </w:tc>
        <w:tc>
          <w:tcPr>
            <w:tcW w:type="dxa" w:w="2606"/>
          </w:tcPr>
          <w:p>
            <w:pPr>
              <w:bidi/>
              <w:jc w:val="right"/>
            </w:pPr>
            <w:r>
              <w:rPr>
                <w:rFonts w:ascii="Arial" w:hAnsi="Arial" w:cs="Arial"/>
                <w:sz w:val="26"/>
                <w:rtl/>
                <w:szCs w:val="26"/>
              </w:rPr>
              <w:t>__________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ק ס י מ</w:t>
            </w:r>
          </w:p>
        </w:tc>
        <w:tc>
          <w:tcPr>
            <w:tcW w:type="dxa" w:w="2606"/>
          </w:tcPr>
          <w:p>
            <w:pPr>
              <w:bidi/>
              <w:jc w:val="right"/>
            </w:pPr>
            <w:r>
              <w:rPr>
                <w:rFonts w:ascii="Arial" w:hAnsi="Arial" w:cs="Arial"/>
                <w:sz w:val="26"/>
                <w:rtl/>
                <w:szCs w:val="26"/>
              </w:rPr>
              <w:t>הַמַּנְהִיגִים שֶׁל הַקְּהִלָּה.</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‏10‏ ‏- 20‏ ‏- 6‏ ‏- 21‏ ‏- 12‏ ‏- 10‏ ‏- 13‏</w:t>
            </w:r>
          </w:p>
        </w:tc>
        <w:tc>
          <w:tcPr>
            <w:tcW w:type="dxa" w:w="2606"/>
          </w:tcPr>
          <w:p>
            <w:pPr>
              <w:bidi/>
              <w:jc w:val="right"/>
            </w:pPr>
            <w:r>
              <w:rPr>
                <w:rFonts w:ascii="Arial" w:hAnsi="Arial" w:cs="Arial"/>
                <w:sz w:val="26"/>
                <w:rtl/>
                <w:szCs w:val="26"/>
              </w:rPr>
              <w:t>עִיר. כֻּלָּם חוֹשְׁבִים עָלֶיהָ בֶּחָג.</w:t>
            </w:r>
          </w:p>
        </w:tc>
        <w:tc>
          <w:tcPr>
            <w:tcW w:type="dxa" w:w="2606"/>
          </w:tcPr>
          <w:p>
            <w:pPr>
              <w:bidi/>
              <w:jc w:val="right"/>
            </w:pPr>
            <w:r>
              <w:rPr>
                <w:rFonts w:ascii="Arial" w:hAnsi="Arial" w:cs="Arial"/>
                <w:sz w:val="26"/>
                <w:rtl/>
                <w:szCs w:val="26"/>
              </w:rPr>
              <w:t>______________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מַסַּע הַמִּלִּים</w:t>
      </w:r>
    </w:p>
    <w:p>
      <w:pPr>
        <w:bidi/>
        <w:jc w:val="right"/>
      </w:pPr>
      <w:r>
        <w:rPr>
          <w:rFonts w:ascii="Arial" w:hAnsi="Arial" w:cs="Arial"/>
          <w:color w:val="555577"/>
          <w:sz w:val="28"/>
          <w:rtl/>
          <w:szCs w:val="28"/>
        </w:rPr>
        <w:t>הוֹלְכִים בַּדֶּרֶךְ שֶׁל הַחַג. בְּכָל תַּחֲנָה יֵשׁ מְשִׂימָה. כָּל תְּשׁוּבָה נְכוֹנָה נוֹתֶנֶת אוֹת. בכל תחנה – פתרו את המשימה וכתבו את אות הקסם שתקבלו מהמורה.</w:t>
      </w:r>
    </w:p>
    <w:p>
      <w:pPr>
        <w:bidi/>
        <w:jc w:val="right"/>
      </w:pPr>
      <w:r>
        <w:rPr>
          <w:rFonts w:ascii="Arial" w:hAnsi="Arial" w:cs="Arial"/>
          <w:sz w:val="28"/>
          <w:rtl/>
          <w:szCs w:val="28"/>
        </w:rPr>
        <w:t>1. 🗣️ מִלִּים – הַתְאִימוּ מִלָּה לְפֵרוּשׁ.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צוֹם</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לֹא אוֹכְלִים</w:t>
            </w:r>
          </w:p>
        </w:tc>
      </w:tr>
      <w:tr>
        <w:tc>
          <w:tcPr>
            <w:tcW w:type="dxa" w:w="2606"/>
          </w:tcPr>
          <w:p>
            <w:pPr>
              <w:bidi/>
              <w:jc w:val="right"/>
            </w:pPr>
            <w:r>
              <w:rPr>
                <w:rFonts w:ascii="Arial" w:hAnsi="Arial" w:cs="Arial"/>
                <w:sz w:val="26"/>
                <w:rtl/>
                <w:szCs w:val="26"/>
              </w:rPr>
              <w:t>תְּפִלָּה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אֲרוּחָה גְּדוֹלָה</w:t>
            </w:r>
          </w:p>
        </w:tc>
      </w:tr>
      <w:tr>
        <w:tc>
          <w:tcPr>
            <w:tcW w:type="dxa" w:w="2606"/>
          </w:tcPr>
          <w:p>
            <w:pPr>
              <w:bidi/>
              <w:jc w:val="right"/>
            </w:pPr>
            <w:r>
              <w:rPr>
                <w:rFonts w:ascii="Arial" w:hAnsi="Arial" w:cs="Arial"/>
                <w:sz w:val="26"/>
                <w:rtl/>
                <w:szCs w:val="26"/>
              </w:rPr>
              <w:t>סְעוּדָה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מְדַבְּרִים עִם אֱלֹהִים</w:t>
            </w:r>
          </w:p>
        </w:tc>
      </w:tr>
    </w:tbl>
    <w:p>
      <w:pPr>
        <w:bidi/>
        <w:jc w:val="right"/>
      </w:pPr>
    </w:p>
    <w:p>
      <w:pPr>
        <w:bidi/>
        <w:jc w:val="right"/>
      </w:pPr>
      <w:r>
        <w:rPr>
          <w:rFonts w:ascii="Arial" w:hAnsi="Arial" w:cs="Arial"/>
          <w:b/>
          <w:sz w:val="28"/>
          <w:rtl/>
          <w:szCs w:val="28"/>
          <w:bCs/>
        </w:rPr>
        <w:t>2. ⛰️ הָהָר – לְאָן עוֹלִים בַּסִּיגְד?</w:t>
      </w:r>
    </w:p>
    <w:p>
      <w:pPr>
        <w:bidi/>
        <w:jc w:val="right"/>
      </w:pPr>
      <w:r>
        <w:rPr>
          <w:rFonts w:ascii="Arial" w:hAnsi="Arial" w:cs="Arial"/>
          <w:sz w:val="28"/>
          <w:rtl/>
          <w:szCs w:val="28"/>
        </w:rPr>
        <w:t xml:space="preserve">   ◯ א. לְבֵית הַסֵּפֶר</w:t>
      </w:r>
    </w:p>
    <w:p>
      <w:pPr>
        <w:bidi/>
        <w:jc w:val="right"/>
      </w:pPr>
      <w:r>
        <w:rPr>
          <w:rFonts w:ascii="Arial" w:hAnsi="Arial" w:cs="Arial"/>
          <w:sz w:val="28"/>
          <w:rtl/>
          <w:szCs w:val="28"/>
        </w:rPr>
        <w:t xml:space="preserve">   ◯ ב. לְהַר גָּבוֹהַּ</w:t>
      </w:r>
    </w:p>
    <w:p>
      <w:pPr>
        <w:bidi/>
        <w:jc w:val="right"/>
      </w:pPr>
      <w:r>
        <w:rPr>
          <w:rFonts w:ascii="Arial" w:hAnsi="Arial" w:cs="Arial"/>
          <w:sz w:val="28"/>
          <w:rtl/>
          <w:szCs w:val="28"/>
        </w:rPr>
        <w:t xml:space="preserve">   ◯ ג. לַיָּם</w:t>
      </w:r>
    </w:p>
    <w:p>
      <w:pPr>
        <w:bidi/>
        <w:jc w:val="right"/>
      </w:pPr>
      <w:r>
        <w:rPr>
          <w:rFonts w:ascii="Arial" w:hAnsi="Arial" w:cs="Arial"/>
          <w:sz w:val="28"/>
          <w:rtl/>
          <w:szCs w:val="28"/>
        </w:rPr>
        <w:t xml:space="preserve">   ◯ ד. לַשּׁוּק</w:t>
      </w:r>
    </w:p>
    <w:p>
      <w:pPr>
        <w:bidi/>
        <w:jc w:val="right"/>
      </w:pPr>
      <w:r>
        <w:rPr>
          <w:rFonts w:ascii="Arial" w:hAnsi="Arial" w:cs="Arial"/>
          <w:sz w:val="28"/>
          <w:rtl/>
          <w:szCs w:val="28"/>
        </w:rPr>
        <w:t>3. 👥 אֲנָשִׁים – מִי עוֹשֶׂה מָה?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הַקֵּסִים</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צָמִים עַד הַצָּהֳרַיִם</w:t>
            </w:r>
          </w:p>
        </w:tc>
      </w:tr>
      <w:tr>
        <w:tc>
          <w:tcPr>
            <w:tcW w:type="dxa" w:w="2606"/>
          </w:tcPr>
          <w:p>
            <w:pPr>
              <w:bidi/>
              <w:jc w:val="right"/>
            </w:pPr>
            <w:r>
              <w:rPr>
                <w:rFonts w:ascii="Arial" w:hAnsi="Arial" w:cs="Arial"/>
                <w:sz w:val="26"/>
                <w:rtl/>
                <w:szCs w:val="26"/>
              </w:rPr>
              <w:t>כֻּלָּם</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סִפְּרָה עַל הַסִּיגְד</w:t>
            </w:r>
          </w:p>
        </w:tc>
      </w:tr>
      <w:tr>
        <w:tc>
          <w:tcPr>
            <w:tcW w:type="dxa" w:w="2606"/>
          </w:tcPr>
          <w:p>
            <w:pPr>
              <w:bidi/>
              <w:jc w:val="right"/>
            </w:pPr>
            <w:r>
              <w:rPr>
                <w:rFonts w:ascii="Arial" w:hAnsi="Arial" w:cs="Arial"/>
                <w:sz w:val="26"/>
                <w:rtl/>
                <w:szCs w:val="26"/>
              </w:rPr>
              <w:t>הַשְּׁכֵנָה שֶׁל קַמִּילָה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קוֹרְאִים מִן הָאוֹרִית</w:t>
            </w:r>
          </w:p>
        </w:tc>
      </w:tr>
    </w:tbl>
    <w:p>
      <w:pPr>
        <w:bidi/>
        <w:jc w:val="right"/>
      </w:pPr>
    </w:p>
    <w:p>
      <w:pPr>
        <w:bidi/>
        <w:jc w:val="right"/>
      </w:pPr>
      <w:r>
        <w:rPr>
          <w:rFonts w:ascii="Arial" w:hAnsi="Arial" w:cs="Arial"/>
          <w:b/>
          <w:sz w:val="28"/>
          <w:rtl/>
          <w:szCs w:val="28"/>
          <w:bCs/>
        </w:rPr>
        <w:t>4. 🌇 הַיּוֹם – אֵיפֹה חוֹגְגִים הַיּוֹם אֶת הַסִּיגְד?</w:t>
      </w:r>
    </w:p>
    <w:p>
      <w:pPr>
        <w:bidi/>
        <w:jc w:val="right"/>
      </w:pPr>
      <w:r>
        <w:rPr>
          <w:rFonts w:ascii="Arial" w:hAnsi="Arial" w:cs="Arial"/>
          <w:sz w:val="28"/>
          <w:rtl/>
          <w:szCs w:val="28"/>
        </w:rPr>
        <w:t xml:space="preserve">   ◯ א. רַק בְּאֶתְיוֹפְּיָה</w:t>
      </w:r>
    </w:p>
    <w:p>
      <w:pPr>
        <w:bidi/>
        <w:jc w:val="right"/>
      </w:pPr>
      <w:r>
        <w:rPr>
          <w:rFonts w:ascii="Arial" w:hAnsi="Arial" w:cs="Arial"/>
          <w:sz w:val="28"/>
          <w:rtl/>
          <w:szCs w:val="28"/>
        </w:rPr>
        <w:t xml:space="preserve">   ◯ ב. בְּצָרְפַת</w:t>
      </w:r>
    </w:p>
    <w:p>
      <w:pPr>
        <w:bidi/>
        <w:jc w:val="right"/>
      </w:pPr>
      <w:r>
        <w:rPr>
          <w:rFonts w:ascii="Arial" w:hAnsi="Arial" w:cs="Arial"/>
          <w:sz w:val="28"/>
          <w:rtl/>
          <w:szCs w:val="28"/>
        </w:rPr>
        <w:t xml:space="preserve">   ◯ ג. גַּם בִּירוּשָׁלַיִם</w:t>
      </w:r>
    </w:p>
    <w:p>
      <w:pPr>
        <w:bidi/>
        <w:jc w:val="right"/>
      </w:pPr>
      <w:r>
        <w:rPr>
          <w:rFonts w:ascii="Arial" w:hAnsi="Arial" w:cs="Arial"/>
          <w:sz w:val="28"/>
          <w:rtl/>
          <w:szCs w:val="28"/>
        </w:rPr>
        <w:t xml:space="preserve">   ◯ ד. בְּשׁוּם מָקוֹם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6"/>
                <w:rtl/>
                <w:szCs w:val="26"/>
                <w:bCs/>
              </w:rPr>
              <w:t>תחנה</w:t>
            </w:r>
          </w:p>
        </w:tc>
        <w:tc>
          <w:tcPr>
            <w:tcW w:type="dxa" w:w="2085"/>
            <w:shd w:val="clear" w:fill="E5DBFF"/>
          </w:tcPr>
          <w:p>
            <w:pPr>
              <w:bidi/>
              <w:jc w:val="right"/>
            </w:pPr>
            <w:r>
              <w:rPr>
                <w:rFonts w:ascii="Arial" w:hAnsi="Arial" w:cs="Arial"/>
                <w:b/>
                <w:sz w:val="26"/>
                <w:rtl/>
                <w:szCs w:val="26"/>
                <w:bCs/>
              </w:rPr>
              <w:t>1</w:t>
            </w:r>
          </w:p>
        </w:tc>
        <w:tc>
          <w:tcPr>
            <w:tcW w:type="dxa" w:w="2085"/>
            <w:shd w:val="clear" w:fill="E5DBFF"/>
          </w:tcPr>
          <w:p>
            <w:pPr>
              <w:bidi/>
              <w:jc w:val="right"/>
            </w:pPr>
            <w:r>
              <w:rPr>
                <w:rFonts w:ascii="Arial" w:hAnsi="Arial" w:cs="Arial"/>
                <w:b/>
                <w:sz w:val="26"/>
                <w:rtl/>
                <w:szCs w:val="26"/>
                <w:bCs/>
              </w:rPr>
              <w:t>2</w:t>
            </w:r>
          </w:p>
        </w:tc>
        <w:tc>
          <w:tcPr>
            <w:tcW w:type="dxa" w:w="2085"/>
            <w:shd w:val="clear" w:fill="E5DBFF"/>
          </w:tcPr>
          <w:p>
            <w:pPr>
              <w:bidi/>
              <w:jc w:val="right"/>
            </w:pPr>
            <w:r>
              <w:rPr>
                <w:rFonts w:ascii="Arial" w:hAnsi="Arial" w:cs="Arial"/>
                <w:b/>
                <w:sz w:val="26"/>
                <w:rtl/>
                <w:szCs w:val="26"/>
                <w:bCs/>
              </w:rPr>
              <w:t>3</w:t>
            </w:r>
          </w:p>
        </w:tc>
        <w:tc>
          <w:tcPr>
            <w:tcW w:type="dxa" w:w="2085"/>
            <w:shd w:val="clear" w:fill="E5DBFF"/>
          </w:tcPr>
          <w:p>
            <w:pPr>
              <w:bidi/>
              <w:jc w:val="right"/>
            </w:pPr>
            <w:r>
              <w:rPr>
                <w:rFonts w:ascii="Arial" w:hAnsi="Arial" w:cs="Arial"/>
                <w:b/>
                <w:sz w:val="26"/>
                <w:rtl/>
                <w:szCs w:val="26"/>
                <w:bCs/>
              </w:rPr>
              <w:t>4</w:t>
            </w:r>
          </w:p>
        </w:tc>
      </w:tr>
      <w:tr>
        <w:tc>
          <w:tcPr>
            <w:tcW w:type="dxa" w:w="2085"/>
          </w:tcPr>
          <w:p>
            <w:pPr>
              <w:bidi/>
              <w:jc w:val="right"/>
            </w:pPr>
            <w:r>
              <w:rPr>
                <w:rFonts w:ascii="Arial" w:hAnsi="Arial" w:cs="Arial"/>
                <w:sz w:val="26"/>
                <w:rtl/>
                <w:szCs w:val="26"/>
              </w:rPr>
              <w:t>אות קסם</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מְסַדְּרִים וּמְמַיְּנִים</w:t>
      </w:r>
    </w:p>
    <w:p>
      <w:pPr>
        <w:bidi/>
        <w:jc w:val="right"/>
      </w:pPr>
      <w:r>
        <w:rPr>
          <w:rFonts w:ascii="Arial" w:hAnsi="Arial" w:cs="Arial"/>
          <w:color w:val="555577"/>
          <w:sz w:val="28"/>
          <w:rtl/>
          <w:szCs w:val="28"/>
        </w:rPr>
        <w:t>מָה קוֹרֶה בַּחַג? סַדְּרוּ. אַחַר כָּךְ מַיְּנוּ אֶת הַמִּלִּים.</w:t>
      </w:r>
    </w:p>
    <w:p>
      <w:pPr>
        <w:bidi/>
        <w:jc w:val="right"/>
      </w:pPr>
      <w:r>
        <w:rPr>
          <w:rFonts w:ascii="Arial" w:hAnsi="Arial" w:cs="Arial"/>
          <w:sz w:val="28"/>
          <w:rtl/>
          <w:szCs w:val="28"/>
        </w:rPr>
        <w:t>סַדְּרוּ לְפִי הַסֵּדֶר.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אוֹכְלִים סְעוּדָה גְּדוֹלָה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עוֹלִים לָהָר</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יוֹרְדִים מִן הָהָר</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הַקֵּסִים קוֹרְאִים מִן הָאוֹרִית</w:t>
            </w:r>
          </w:p>
        </w:tc>
      </w:tr>
    </w:tbl>
    <w:p>
      <w:pPr>
        <w:bidi/>
        <w:jc w:val="right"/>
      </w:pPr>
    </w:p>
    <w:p>
      <w:pPr>
        <w:bidi/>
        <w:jc w:val="right"/>
      </w:pPr>
      <w:r>
        <w:rPr>
          <w:rFonts w:ascii="Arial" w:hAnsi="Arial" w:cs="Arial"/>
          <w:sz w:val="28"/>
          <w:rtl/>
          <w:szCs w:val="28"/>
        </w:rPr>
        <w:t>פֹּעַל אוֹ שֵׁם עֶצֶם?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פֹּעַל – מָה עוֹשִׂים?</w:t>
            </w:r>
          </w:p>
        </w:tc>
        <w:tc>
          <w:tcPr>
            <w:tcW w:type="dxa" w:w="3475"/>
            <w:shd w:val="clear" w:fill="E5DBFF"/>
          </w:tcPr>
          <w:p>
            <w:pPr>
              <w:bidi/>
              <w:jc w:val="right"/>
            </w:pPr>
            <w:r>
              <w:rPr>
                <w:rFonts w:ascii="Arial" w:hAnsi="Arial" w:cs="Arial"/>
                <w:b/>
                <w:sz w:val="26"/>
                <w:rtl/>
                <w:szCs w:val="26"/>
                <w:bCs/>
              </w:rPr>
              <w:t>שֵׁם עֶצֶם – מָה זֶה?</w:t>
            </w:r>
          </w:p>
        </w:tc>
      </w:tr>
      <w:tr>
        <w:tc>
          <w:tcPr>
            <w:tcW w:type="dxa" w:w="3475"/>
          </w:tcPr>
          <w:p>
            <w:pPr>
              <w:bidi/>
              <w:jc w:val="right"/>
            </w:pPr>
            <w:r>
              <w:rPr>
                <w:rFonts w:ascii="Arial" w:hAnsi="Arial" w:cs="Arial"/>
                <w:sz w:val="26"/>
                <w:rtl/>
                <w:szCs w:val="26"/>
              </w:rPr>
              <w:t>קוֹרְאִים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סְעוּדָה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אוֹרִית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עוֹלִים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צָמִים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מִתְפַּלְּלִים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עוֹלִים לָהָר</w:t>
      </w:r>
    </w:p>
    <w:p>
      <w:pPr>
        <w:bidi/>
        <w:jc w:val="right"/>
      </w:pPr>
      <w:r>
        <w:rPr>
          <w:rFonts w:ascii="Arial" w:hAnsi="Arial" w:cs="Arial"/>
          <w:sz w:val="28"/>
          <w:rtl/>
          <w:szCs w:val="28"/>
        </w:rPr>
        <w:t>• הַקֵּסִים קוֹרְאִים מִן הָאוֹרִית</w:t>
      </w:r>
    </w:p>
    <w:p>
      <w:pPr>
        <w:bidi/>
        <w:jc w:val="right"/>
      </w:pPr>
      <w:r>
        <w:rPr>
          <w:rFonts w:ascii="Arial" w:hAnsi="Arial" w:cs="Arial"/>
          <w:sz w:val="28"/>
          <w:rtl/>
          <w:szCs w:val="28"/>
        </w:rPr>
        <w:t>• יוֹרְדִים מִן הָהָר</w:t>
      </w:r>
    </w:p>
    <w:p>
      <w:pPr>
        <w:bidi/>
        <w:jc w:val="right"/>
      </w:pPr>
      <w:r>
        <w:rPr>
          <w:rFonts w:ascii="Arial" w:hAnsi="Arial" w:cs="Arial"/>
          <w:sz w:val="28"/>
          <w:rtl/>
          <w:szCs w:val="28"/>
        </w:rPr>
        <w:t>• אוֹכְלִים סְעוּדָה גְּדוֹלָה</w:t>
      </w:r>
    </w:p>
    <w:p>
      <w:pPr>
        <w:bidi/>
        <w:jc w:val="right"/>
      </w:pPr>
      <w:r>
        <w:rPr>
          <w:rFonts w:ascii="Arial" w:hAnsi="Arial" w:cs="Arial"/>
          <w:sz w:val="28"/>
          <w:rtl/>
          <w:szCs w:val="28"/>
        </w:rPr>
        <w:t>• עוֹלִים</w:t>
      </w:r>
    </w:p>
    <w:p>
      <w:pPr>
        <w:bidi/>
        <w:jc w:val="right"/>
      </w:pPr>
      <w:r>
        <w:rPr>
          <w:rFonts w:ascii="Arial" w:hAnsi="Arial" w:cs="Arial"/>
          <w:sz w:val="28"/>
          <w:rtl/>
          <w:szCs w:val="28"/>
        </w:rPr>
        <w:t>• הַר</w:t>
      </w:r>
    </w:p>
    <w:p>
      <w:pPr>
        <w:bidi/>
        <w:jc w:val="right"/>
      </w:pPr>
      <w:r>
        <w:rPr>
          <w:rFonts w:ascii="Arial" w:hAnsi="Arial" w:cs="Arial"/>
          <w:sz w:val="28"/>
          <w:rtl/>
          <w:szCs w:val="28"/>
        </w:rPr>
        <w:t>• קוֹרְאִים</w:t>
      </w:r>
    </w:p>
    <w:p>
      <w:pPr>
        <w:bidi/>
        <w:jc w:val="right"/>
      </w:pPr>
      <w:r>
        <w:rPr>
          <w:rFonts w:ascii="Arial" w:hAnsi="Arial" w:cs="Arial"/>
          <w:sz w:val="28"/>
          <w:rtl/>
          <w:szCs w:val="28"/>
        </w:rPr>
        <w:t>• אוֹרִית</w:t>
      </w:r>
    </w:p>
    <w:p>
      <w:pPr>
        <w:bidi/>
        <w:jc w:val="right"/>
      </w:pPr>
      <w:r>
        <w:rPr>
          <w:rFonts w:ascii="Arial" w:hAnsi="Arial" w:cs="Arial"/>
          <w:sz w:val="28"/>
          <w:rtl/>
          <w:szCs w:val="28"/>
        </w:rPr>
        <w:t>• צָמִים</w:t>
      </w:r>
    </w:p>
    <w:p>
      <w:pPr>
        <w:bidi/>
        <w:jc w:val="right"/>
      </w:pPr>
      <w:r>
        <w:rPr>
          <w:rFonts w:ascii="Arial" w:hAnsi="Arial" w:cs="Arial"/>
          <w:sz w:val="28"/>
          <w:rtl/>
          <w:szCs w:val="28"/>
        </w:rPr>
        <w:t>• סְעוּדָה</w:t>
      </w:r>
    </w:p>
    <w:p>
      <w:pPr>
        <w:bidi/>
        <w:jc w:val="right"/>
      </w:pPr>
      <w:r>
        <w:rPr>
          <w:rFonts w:ascii="Arial" w:hAnsi="Arial" w:cs="Arial"/>
          <w:sz w:val="28"/>
          <w:rtl/>
          <w:szCs w:val="28"/>
        </w:rPr>
        <w:t>• מִתְפַּלְּלִים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קַמִּילָה וְהַשְּׁכֵנָה</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קַמִּילָה גָּרָה בְּיִשְׂרָאֵל חֹדֶשׁ אֶחָד. הַשְּׁכֵנָה שֶׁלָּהּ, אֶסְתֵּר, דּוֹפֶקֶת בַּדֶּלֶת.</w:t>
      </w:r>
    </w:p>
    <w:p>
      <w:pPr>
        <w:bidi/>
        <w:jc w:val="right"/>
      </w:pPr>
      <w:r>
        <w:rPr>
          <w:rFonts w:ascii="Arial" w:hAnsi="Arial" w:cs="Arial"/>
          <w:b/>
          <w:sz w:val="28"/>
          <w:rtl/>
          <w:szCs w:val="28"/>
          <w:bCs/>
        </w:rPr>
        <w:t>1. מָה אֶסְתֵּר רוֹצָה?</w:t>
      </w:r>
    </w:p>
    <w:p>
      <w:pPr>
        <w:bidi/>
        <w:jc w:val="right"/>
      </w:pPr>
      <w:r>
        <w:rPr>
          <w:rFonts w:ascii="Arial" w:hAnsi="Arial" w:cs="Arial"/>
          <w:sz w:val="28"/>
          <w:rtl/>
          <w:szCs w:val="28"/>
        </w:rPr>
        <w:t xml:space="preserve">   ◯ א. לְהַזְמִין אֶת קַמִּילָה לַחַג</w:t>
      </w:r>
    </w:p>
    <w:p>
      <w:pPr>
        <w:bidi/>
        <w:jc w:val="right"/>
      </w:pPr>
      <w:r>
        <w:rPr>
          <w:rFonts w:ascii="Arial" w:hAnsi="Arial" w:cs="Arial"/>
          <w:sz w:val="28"/>
          <w:rtl/>
          <w:szCs w:val="28"/>
        </w:rPr>
        <w:t xml:space="preserve">   ◯ ב. לְבַקֵּשׁ סֻכָּר</w:t>
      </w:r>
    </w:p>
    <w:p>
      <w:pPr>
        <w:bidi/>
        <w:jc w:val="right"/>
      </w:pPr>
      <w:r>
        <w:rPr>
          <w:rFonts w:ascii="Arial" w:hAnsi="Arial" w:cs="Arial"/>
          <w:sz w:val="28"/>
          <w:rtl/>
          <w:szCs w:val="28"/>
        </w:rPr>
        <w:t xml:space="preserve">   ◯ ג. לְהִתְלוֹנֵן עַל רַעַשׁ</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בַּבֹּקֶר קַמִּילָה רוֹצָה לֶאֱכֹל. אֶסְתֵּר לֹא אוֹכֶלֶת.</w:t>
      </w:r>
    </w:p>
    <w:p>
      <w:pPr>
        <w:bidi/>
        <w:jc w:val="right"/>
      </w:pPr>
      <w:r>
        <w:rPr>
          <w:rFonts w:ascii="Arial" w:hAnsi="Arial" w:cs="Arial"/>
          <w:b/>
          <w:sz w:val="28"/>
          <w:rtl/>
          <w:szCs w:val="28"/>
          <w:bCs/>
        </w:rPr>
        <w:t>2. לָמָּה אֶסְתֵּר לֹא אוֹכֶלֶת?</w:t>
      </w:r>
    </w:p>
    <w:p>
      <w:pPr>
        <w:bidi/>
        <w:jc w:val="right"/>
      </w:pPr>
      <w:r>
        <w:rPr>
          <w:rFonts w:ascii="Arial" w:hAnsi="Arial" w:cs="Arial"/>
          <w:sz w:val="28"/>
          <w:rtl/>
          <w:szCs w:val="28"/>
        </w:rPr>
        <w:t xml:space="preserve">   ◯ א. הִיא לֹא רְעֵבָה</w:t>
      </w:r>
    </w:p>
    <w:p>
      <w:pPr>
        <w:bidi/>
        <w:jc w:val="right"/>
      </w:pPr>
      <w:r>
        <w:rPr>
          <w:rFonts w:ascii="Arial" w:hAnsi="Arial" w:cs="Arial"/>
          <w:sz w:val="28"/>
          <w:rtl/>
          <w:szCs w:val="28"/>
        </w:rPr>
        <w:t xml:space="preserve">   ◯ ב. הִיא צָמָה עַד הַצָּהֳרַיִם</w:t>
      </w:r>
    </w:p>
    <w:p>
      <w:pPr>
        <w:bidi/>
        <w:jc w:val="right"/>
      </w:pPr>
      <w:r>
        <w:rPr>
          <w:rFonts w:ascii="Arial" w:hAnsi="Arial" w:cs="Arial"/>
          <w:sz w:val="28"/>
          <w:rtl/>
          <w:szCs w:val="28"/>
        </w:rPr>
        <w:t xml:space="preserve">   ◯ ג. אֵין אֹכֶל בַּבַּיִת</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הֵן מַגִּיעוֹת לְמָקוֹם גָּבוֹהַּ בִּירוּשָׁלַיִם. אֶסְתֵּר מַבִּיטָה עַל הָעִיר וּבוֹכָה קְצָת.</w:t>
      </w:r>
    </w:p>
    <w:p>
      <w:pPr>
        <w:bidi/>
        <w:jc w:val="right"/>
      </w:pPr>
      <w:r>
        <w:rPr>
          <w:rFonts w:ascii="Arial" w:hAnsi="Arial" w:cs="Arial"/>
          <w:b/>
          <w:sz w:val="28"/>
          <w:rtl/>
          <w:szCs w:val="28"/>
          <w:bCs/>
        </w:rPr>
        <w:t>3. לָמָּה אֶסְתֵּר בּוֹכָה?</w:t>
      </w:r>
    </w:p>
    <w:p>
      <w:pPr>
        <w:bidi/>
        <w:jc w:val="right"/>
      </w:pPr>
      <w:r>
        <w:rPr>
          <w:rFonts w:ascii="Arial" w:hAnsi="Arial" w:cs="Arial"/>
          <w:sz w:val="28"/>
          <w:rtl/>
          <w:szCs w:val="28"/>
        </w:rPr>
        <w:t xml:space="preserve">   ◯ א. כִּי הִיא עֲצוּבָה</w:t>
      </w:r>
    </w:p>
    <w:p>
      <w:pPr>
        <w:bidi/>
        <w:jc w:val="right"/>
      </w:pPr>
      <w:r>
        <w:rPr>
          <w:rFonts w:ascii="Arial" w:hAnsi="Arial" w:cs="Arial"/>
          <w:sz w:val="28"/>
          <w:rtl/>
          <w:szCs w:val="28"/>
        </w:rPr>
        <w:t xml:space="preserve">   ◯ ב. כִּי קַר לָהּ</w:t>
      </w:r>
    </w:p>
    <w:p>
      <w:pPr>
        <w:bidi/>
        <w:jc w:val="right"/>
      </w:pPr>
      <w:r>
        <w:rPr>
          <w:rFonts w:ascii="Arial" w:hAnsi="Arial" w:cs="Arial"/>
          <w:sz w:val="28"/>
          <w:rtl/>
          <w:szCs w:val="28"/>
        </w:rPr>
        <w:t xml:space="preserve">   ◯ ג. כִּי חֲלוֹם יָשָׁן הִתְגַּשֵּׁם</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יוֹצֵא דֹּפֶן</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אוֹכְלִים</w:t>
      </w:r>
    </w:p>
    <w:p>
      <w:pPr>
        <w:bidi/>
        <w:jc w:val="right"/>
      </w:pPr>
      <w:r>
        <w:rPr>
          <w:rFonts w:ascii="Arial" w:hAnsi="Arial" w:cs="Arial"/>
          <w:sz w:val="28"/>
          <w:rtl/>
          <w:szCs w:val="28"/>
        </w:rPr>
        <w:t xml:space="preserve">   ◯ ב. שׁוֹתִים</w:t>
      </w:r>
    </w:p>
    <w:p>
      <w:pPr>
        <w:bidi/>
        <w:jc w:val="right"/>
      </w:pPr>
      <w:r>
        <w:rPr>
          <w:rFonts w:ascii="Arial" w:hAnsi="Arial" w:cs="Arial"/>
          <w:sz w:val="28"/>
          <w:rtl/>
          <w:szCs w:val="28"/>
        </w:rPr>
        <w:t xml:space="preserve">   ◯ ג. צָמִים</w:t>
      </w:r>
    </w:p>
    <w:p>
      <w:pPr>
        <w:bidi/>
        <w:jc w:val="right"/>
      </w:pPr>
      <w:r>
        <w:rPr>
          <w:rFonts w:ascii="Arial" w:hAnsi="Arial" w:cs="Arial"/>
          <w:sz w:val="28"/>
          <w:rtl/>
          <w:szCs w:val="28"/>
        </w:rPr>
        <w:t xml:space="preserve">   ◯ ד. טוֹעֲמִים</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צָמִים = לֹא אוֹכְלִים. הַשְּׁאָר – עוֹשִׂים עִם אֹכֶל</w:t>
      </w:r>
    </w:p>
    <w:p>
      <w:pPr>
        <w:bidi/>
        <w:jc w:val="right"/>
      </w:pPr>
      <w:r>
        <w:rPr>
          <w:rFonts w:ascii="Arial" w:hAnsi="Arial" w:cs="Arial"/>
          <w:sz w:val="28"/>
          <w:rtl/>
          <w:szCs w:val="28"/>
        </w:rPr>
        <w:t xml:space="preserve">   ◯ ב. צָמִים הִיא מִלָּה אֲרֻכָּה</w:t>
      </w:r>
    </w:p>
    <w:p>
      <w:pPr>
        <w:bidi/>
        <w:jc w:val="right"/>
      </w:pPr>
      <w:r>
        <w:rPr>
          <w:rFonts w:ascii="Arial" w:hAnsi="Arial" w:cs="Arial"/>
          <w:sz w:val="28"/>
          <w:rtl/>
          <w:szCs w:val="28"/>
        </w:rPr>
        <w:t xml:space="preserve">   ◯ ג. צָמִים מַתְחִילָה בָּאוֹת צ׳</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אֶתְיוֹפְּיָה</w:t>
      </w:r>
    </w:p>
    <w:p>
      <w:pPr>
        <w:bidi/>
        <w:jc w:val="right"/>
      </w:pPr>
      <w:r>
        <w:rPr>
          <w:rFonts w:ascii="Arial" w:hAnsi="Arial" w:cs="Arial"/>
          <w:sz w:val="28"/>
          <w:rtl/>
          <w:szCs w:val="28"/>
        </w:rPr>
        <w:t xml:space="preserve">   ◯ ב. צָרְפַת</w:t>
      </w:r>
    </w:p>
    <w:p>
      <w:pPr>
        <w:bidi/>
        <w:jc w:val="right"/>
      </w:pPr>
      <w:r>
        <w:rPr>
          <w:rFonts w:ascii="Arial" w:hAnsi="Arial" w:cs="Arial"/>
          <w:sz w:val="28"/>
          <w:rtl/>
          <w:szCs w:val="28"/>
        </w:rPr>
        <w:t xml:space="preserve">   ◯ ג. אַרְגֶּנְטִינָה</w:t>
      </w:r>
    </w:p>
    <w:p>
      <w:pPr>
        <w:bidi/>
        <w:jc w:val="right"/>
      </w:pPr>
      <w:r>
        <w:rPr>
          <w:rFonts w:ascii="Arial" w:hAnsi="Arial" w:cs="Arial"/>
          <w:sz w:val="28"/>
          <w:rtl/>
          <w:szCs w:val="28"/>
        </w:rPr>
        <w:t xml:space="preserve">   ◯ ד. יְרוּשָׁלַיִם</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יְרוּשָׁלַיִם יָפָה</w:t>
      </w:r>
    </w:p>
    <w:p>
      <w:pPr>
        <w:bidi/>
        <w:jc w:val="right"/>
      </w:pPr>
      <w:r>
        <w:rPr>
          <w:rFonts w:ascii="Arial" w:hAnsi="Arial" w:cs="Arial"/>
          <w:sz w:val="28"/>
          <w:rtl/>
          <w:szCs w:val="28"/>
        </w:rPr>
        <w:t xml:space="preserve">   ◯ ב. יְרוּשָׁלַיִם הִיא עִיר, וְהַשְּׁאָר אֲרָצוֹת</w:t>
      </w:r>
    </w:p>
    <w:p>
      <w:pPr>
        <w:bidi/>
        <w:jc w:val="right"/>
      </w:pPr>
      <w:r>
        <w:rPr>
          <w:rFonts w:ascii="Arial" w:hAnsi="Arial" w:cs="Arial"/>
          <w:sz w:val="28"/>
          <w:rtl/>
          <w:szCs w:val="28"/>
        </w:rPr>
        <w:t xml:space="preserve">   ◯ ג. יְרוּשָׁלַיִם רְחוֹקָה</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לֶחֶם</w:t>
      </w:r>
    </w:p>
    <w:p>
      <w:pPr>
        <w:bidi/>
        <w:jc w:val="right"/>
      </w:pPr>
      <w:r>
        <w:rPr>
          <w:rFonts w:ascii="Arial" w:hAnsi="Arial" w:cs="Arial"/>
          <w:sz w:val="28"/>
          <w:rtl/>
          <w:szCs w:val="28"/>
        </w:rPr>
        <w:t xml:space="preserve">   ◯ ב. קֵס</w:t>
      </w:r>
    </w:p>
    <w:p>
      <w:pPr>
        <w:bidi/>
        <w:jc w:val="right"/>
      </w:pPr>
      <w:r>
        <w:rPr>
          <w:rFonts w:ascii="Arial" w:hAnsi="Arial" w:cs="Arial"/>
          <w:sz w:val="28"/>
          <w:rtl/>
          <w:szCs w:val="28"/>
        </w:rPr>
        <w:t xml:space="preserve">   ◯ ג. מוֹרָה</w:t>
      </w:r>
    </w:p>
    <w:p>
      <w:pPr>
        <w:bidi/>
        <w:jc w:val="right"/>
      </w:pPr>
      <w:r>
        <w:rPr>
          <w:rFonts w:ascii="Arial" w:hAnsi="Arial" w:cs="Arial"/>
          <w:sz w:val="28"/>
          <w:rtl/>
          <w:szCs w:val="28"/>
        </w:rPr>
        <w:t xml:space="preserve">   ◯ ד. מַנְהִיג</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לֶחֶם חַם</w:t>
      </w:r>
    </w:p>
    <w:p>
      <w:pPr>
        <w:bidi/>
        <w:jc w:val="right"/>
      </w:pPr>
      <w:r>
        <w:rPr>
          <w:rFonts w:ascii="Arial" w:hAnsi="Arial" w:cs="Arial"/>
          <w:sz w:val="28"/>
          <w:rtl/>
          <w:szCs w:val="28"/>
        </w:rPr>
        <w:t xml:space="preserve">   ◯ ב. לֶחֶם הוּא דָּבָר, וְהַשְּׁאָר – אֲנָשִׁים שֶׁמְּלַמְּדִים וּמוֹבִילִים</w:t>
      </w:r>
    </w:p>
    <w:p>
      <w:pPr>
        <w:bidi/>
        <w:jc w:val="right"/>
      </w:pPr>
      <w:r>
        <w:rPr>
          <w:rFonts w:ascii="Arial" w:hAnsi="Arial" w:cs="Arial"/>
          <w:sz w:val="28"/>
          <w:rtl/>
          <w:szCs w:val="28"/>
        </w:rPr>
        <w:t xml:space="preserve">   ◯ ג. לֶחֶם עוֹלֶה כֶּסֶף</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גַּעְגּוּעִים</w:t>
      </w:r>
    </w:p>
    <w:p>
      <w:pPr>
        <w:bidi/>
        <w:jc w:val="right"/>
      </w:pPr>
      <w:r>
        <w:rPr>
          <w:rFonts w:ascii="Arial" w:hAnsi="Arial" w:cs="Arial"/>
          <w:sz w:val="28"/>
          <w:rtl/>
          <w:szCs w:val="28"/>
        </w:rPr>
        <w:t xml:space="preserve">   ◯ ב. כִּסּוּפִים</w:t>
      </w:r>
    </w:p>
    <w:p>
      <w:pPr>
        <w:bidi/>
        <w:jc w:val="right"/>
      </w:pPr>
      <w:r>
        <w:rPr>
          <w:rFonts w:ascii="Arial" w:hAnsi="Arial" w:cs="Arial"/>
          <w:sz w:val="28"/>
          <w:rtl/>
          <w:szCs w:val="28"/>
        </w:rPr>
        <w:t xml:space="preserve">   ◯ ג. שֻׁלְחָן</w:t>
      </w:r>
    </w:p>
    <w:p>
      <w:pPr>
        <w:bidi/>
        <w:jc w:val="right"/>
      </w:pPr>
      <w:r>
        <w:rPr>
          <w:rFonts w:ascii="Arial" w:hAnsi="Arial" w:cs="Arial"/>
          <w:sz w:val="28"/>
          <w:rtl/>
          <w:szCs w:val="28"/>
        </w:rPr>
        <w:t xml:space="preserve">   ◯ ד. חֲלוֹם</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שֻׁלְחָן יֵשׁ בַּבַּיִת</w:t>
      </w:r>
    </w:p>
    <w:p>
      <w:pPr>
        <w:bidi/>
        <w:jc w:val="right"/>
      </w:pPr>
      <w:r>
        <w:rPr>
          <w:rFonts w:ascii="Arial" w:hAnsi="Arial" w:cs="Arial"/>
          <w:sz w:val="28"/>
          <w:rtl/>
          <w:szCs w:val="28"/>
        </w:rPr>
        <w:t xml:space="preserve">   ◯ ב. שֻׁלְחָן גָּדוֹל</w:t>
      </w:r>
    </w:p>
    <w:p>
      <w:pPr>
        <w:bidi/>
        <w:jc w:val="right"/>
      </w:pPr>
      <w:r>
        <w:rPr>
          <w:rFonts w:ascii="Arial" w:hAnsi="Arial" w:cs="Arial"/>
          <w:sz w:val="28"/>
          <w:rtl/>
          <w:szCs w:val="28"/>
        </w:rPr>
        <w:t xml:space="preserve">   ◯ ג. שֻׁלְחָן רוֹאִים בָּעֵינַיִם; הַשְּׁאָר מַרְגִּישִׁים בַּלֵּב</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מָה הָרַעְיוֹן הַמֶּרְכָּזִי שֶׁל הַטֶּקְסְט ״פַּעַם בְּאֶתְיוֹפְּיָה״?</w:t>
      </w:r>
    </w:p>
    <w:p>
      <w:pPr>
        <w:bidi/>
        <w:jc w:val="right"/>
      </w:pPr>
      <w:r>
        <w:rPr>
          <w:rFonts w:ascii="Arial" w:hAnsi="Arial" w:cs="Arial"/>
          <w:sz w:val="28"/>
          <w:rtl/>
          <w:szCs w:val="28"/>
        </w:rPr>
        <w:t xml:space="preserve">   ◯ א. אֹכֶל טָעִים בַּחַג</w:t>
      </w:r>
    </w:p>
    <w:p>
      <w:pPr>
        <w:bidi/>
        <w:jc w:val="right"/>
      </w:pPr>
      <w:r>
        <w:rPr>
          <w:rFonts w:ascii="Arial" w:hAnsi="Arial" w:cs="Arial"/>
          <w:sz w:val="28"/>
          <w:rtl/>
          <w:szCs w:val="28"/>
        </w:rPr>
        <w:t xml:space="preserve">   ◯ ב. מַזָּג הָאֲוִיר בָּהָרִים</w:t>
      </w:r>
    </w:p>
    <w:p>
      <w:pPr>
        <w:bidi/>
        <w:jc w:val="right"/>
      </w:pPr>
      <w:r>
        <w:rPr>
          <w:rFonts w:ascii="Arial" w:hAnsi="Arial" w:cs="Arial"/>
          <w:sz w:val="28"/>
          <w:rtl/>
          <w:szCs w:val="28"/>
        </w:rPr>
        <w:t xml:space="preserve">   ◯ ג. תְּפִלָּה וְגַעְגּוּעַ לִירוּשָׁלַיִם</w:t>
      </w:r>
    </w:p>
    <w:p>
      <w:pPr>
        <w:bidi/>
        <w:jc w:val="right"/>
      </w:pPr>
      <w:r>
        <w:rPr>
          <w:rFonts w:ascii="Arial" w:hAnsi="Arial" w:cs="Arial"/>
          <w:sz w:val="28"/>
          <w:rtl/>
          <w:szCs w:val="28"/>
        </w:rPr>
        <w:t xml:space="preserve">   ◯ ד. שִׂיחָה בֵּין חֲבֵרִים</w:t>
      </w:r>
    </w:p>
    <w:p>
      <w:pPr>
        <w:bidi/>
        <w:jc w:val="right"/>
      </w:pPr>
      <w:r>
        <w:rPr>
          <w:rFonts w:ascii="Arial" w:hAnsi="Arial" w:cs="Arial"/>
          <w:b/>
          <w:sz w:val="28"/>
          <w:rtl/>
          <w:szCs w:val="28"/>
          <w:bCs/>
        </w:rPr>
        <w:t>2. מָה תַּפְקִיד הַמִּשְׁפָּט ״יְרוּשָׁלַיִם הָיְתָה חֲלוֹם רָחוֹק״?</w:t>
      </w:r>
    </w:p>
    <w:p>
      <w:pPr>
        <w:bidi/>
        <w:jc w:val="right"/>
      </w:pPr>
      <w:r>
        <w:rPr>
          <w:rFonts w:ascii="Arial" w:hAnsi="Arial" w:cs="Arial"/>
          <w:sz w:val="28"/>
          <w:rtl/>
          <w:szCs w:val="28"/>
        </w:rPr>
        <w:t xml:space="preserve">   ◯ א. הוּא מַסְבִּיר לָמָּה הִתְגַּעְגְּעוּ</w:t>
      </w:r>
    </w:p>
    <w:p>
      <w:pPr>
        <w:bidi/>
        <w:jc w:val="right"/>
      </w:pPr>
      <w:r>
        <w:rPr>
          <w:rFonts w:ascii="Arial" w:hAnsi="Arial" w:cs="Arial"/>
          <w:sz w:val="28"/>
          <w:rtl/>
          <w:szCs w:val="28"/>
        </w:rPr>
        <w:t xml:space="preserve">   ◯ ב. הוּא נוֹתֵן מִסְפָּר</w:t>
      </w:r>
    </w:p>
    <w:p>
      <w:pPr>
        <w:bidi/>
        <w:jc w:val="right"/>
      </w:pPr>
      <w:r>
        <w:rPr>
          <w:rFonts w:ascii="Arial" w:hAnsi="Arial" w:cs="Arial"/>
          <w:sz w:val="28"/>
          <w:rtl/>
          <w:szCs w:val="28"/>
        </w:rPr>
        <w:t xml:space="preserve">   ◯ ג. הוּא מְתָאֵר אֹכֶל</w:t>
      </w:r>
    </w:p>
    <w:p>
      <w:pPr>
        <w:bidi/>
        <w:jc w:val="right"/>
      </w:pPr>
      <w:r>
        <w:rPr>
          <w:rFonts w:ascii="Arial" w:hAnsi="Arial" w:cs="Arial"/>
          <w:sz w:val="28"/>
          <w:rtl/>
          <w:szCs w:val="28"/>
        </w:rPr>
        <w:t xml:space="preserve">   ◯ ד. הוּא שׁוֹאֵל שְׁאֵלָה</w:t>
      </w:r>
    </w:p>
    <w:p>
      <w:pPr>
        <w:bidi/>
        <w:jc w:val="right"/>
      </w:pPr>
      <w:r>
        <w:rPr>
          <w:rFonts w:ascii="Arial" w:hAnsi="Arial" w:cs="Arial"/>
          <w:b/>
          <w:sz w:val="28"/>
          <w:rtl/>
          <w:szCs w:val="28"/>
          <w:bCs/>
        </w:rPr>
        <w:t>3. מָה הַמִּלָּה ״אֲבָל״ מַרְאָה בַּמִּשְׁפָּט ״הַדֶּרֶךְ קָשָׁה, אֲבָל מַמְשִׁיכִים״?</w:t>
      </w:r>
    </w:p>
    <w:p>
      <w:pPr>
        <w:bidi/>
        <w:jc w:val="right"/>
      </w:pPr>
      <w:r>
        <w:rPr>
          <w:rFonts w:ascii="Arial" w:hAnsi="Arial" w:cs="Arial"/>
          <w:sz w:val="28"/>
          <w:rtl/>
          <w:szCs w:val="28"/>
        </w:rPr>
        <w:t xml:space="preserve">   ◯ א. סִבָּה</w:t>
      </w:r>
    </w:p>
    <w:p>
      <w:pPr>
        <w:bidi/>
        <w:jc w:val="right"/>
      </w:pPr>
      <w:r>
        <w:rPr>
          <w:rFonts w:ascii="Arial" w:hAnsi="Arial" w:cs="Arial"/>
          <w:sz w:val="28"/>
          <w:rtl/>
          <w:szCs w:val="28"/>
        </w:rPr>
        <w:t xml:space="preserve">   ◯ ב. נִגּוּד</w:t>
      </w:r>
    </w:p>
    <w:p>
      <w:pPr>
        <w:bidi/>
        <w:jc w:val="right"/>
      </w:pPr>
      <w:r>
        <w:rPr>
          <w:rFonts w:ascii="Arial" w:hAnsi="Arial" w:cs="Arial"/>
          <w:sz w:val="28"/>
          <w:rtl/>
          <w:szCs w:val="28"/>
        </w:rPr>
        <w:t xml:space="preserve">   ◯ ג. זְמַן</w:t>
      </w:r>
    </w:p>
    <w:p>
      <w:pPr>
        <w:bidi/>
        <w:jc w:val="right"/>
      </w:pPr>
      <w:r>
        <w:rPr>
          <w:rFonts w:ascii="Arial" w:hAnsi="Arial" w:cs="Arial"/>
          <w:sz w:val="28"/>
          <w:rtl/>
          <w:szCs w:val="28"/>
        </w:rPr>
        <w:t xml:space="preserve">   ◯ ד. מָקוֹם</w:t>
      </w:r>
    </w:p>
    <w:p>
      <w:pPr>
        <w:bidi/>
        <w:jc w:val="right"/>
      </w:pPr>
      <w:r>
        <w:rPr>
          <w:rFonts w:ascii="Arial" w:hAnsi="Arial" w:cs="Arial"/>
          <w:b/>
          <w:sz w:val="28"/>
          <w:rtl/>
          <w:szCs w:val="28"/>
          <w:bCs/>
        </w:rPr>
        <w:t>4. מָה דּוֹמֶה בִּשְׁנֵי הַטְּקָסְטִים?</w:t>
      </w:r>
    </w:p>
    <w:p>
      <w:pPr>
        <w:bidi/>
        <w:jc w:val="right"/>
      </w:pPr>
      <w:r>
        <w:rPr>
          <w:rFonts w:ascii="Arial" w:hAnsi="Arial" w:cs="Arial"/>
          <w:sz w:val="28"/>
          <w:rtl/>
          <w:szCs w:val="28"/>
        </w:rPr>
        <w:t xml:space="preserve">   ◯ א. בִּשְׁנֵיהֶם יֵשׁ יָם</w:t>
      </w:r>
    </w:p>
    <w:p>
      <w:pPr>
        <w:bidi/>
        <w:jc w:val="right"/>
      </w:pPr>
      <w:r>
        <w:rPr>
          <w:rFonts w:ascii="Arial" w:hAnsi="Arial" w:cs="Arial"/>
          <w:sz w:val="28"/>
          <w:rtl/>
          <w:szCs w:val="28"/>
        </w:rPr>
        <w:t xml:space="preserve">   ◯ ב. בִּשְׁנֵיהֶם אוֹכְלִים בַּבֹּקֶר</w:t>
      </w:r>
    </w:p>
    <w:p>
      <w:pPr>
        <w:bidi/>
        <w:jc w:val="right"/>
      </w:pPr>
      <w:r>
        <w:rPr>
          <w:rFonts w:ascii="Arial" w:hAnsi="Arial" w:cs="Arial"/>
          <w:sz w:val="28"/>
          <w:rtl/>
          <w:szCs w:val="28"/>
        </w:rPr>
        <w:t xml:space="preserve">   ◯ ג. בִּשְׁנֵיהֶם אֵין תְּפִלָּה</w:t>
      </w:r>
    </w:p>
    <w:p>
      <w:pPr>
        <w:bidi/>
        <w:jc w:val="right"/>
      </w:pPr>
      <w:r>
        <w:rPr>
          <w:rFonts w:ascii="Arial" w:hAnsi="Arial" w:cs="Arial"/>
          <w:sz w:val="28"/>
          <w:rtl/>
          <w:szCs w:val="28"/>
        </w:rPr>
        <w:t xml:space="preserve">   ◯ ד. בִּשְׁנֵיהֶם הוֹלְכִים לְמָקוֹם גָּבוֹהַּ</w:t>
      </w:r>
    </w:p>
    <w:p>
      <w:pPr>
        <w:bidi/>
        <w:jc w:val="right"/>
      </w:pPr>
      <w:r>
        <w:rPr>
          <w:rFonts w:ascii="Arial" w:hAnsi="Arial" w:cs="Arial"/>
          <w:b/>
          <w:sz w:val="28"/>
          <w:rtl/>
          <w:szCs w:val="28"/>
          <w:bCs/>
        </w:rPr>
        <w:t>5. מָה הַמִּשְׁפָּט הָאַחֲרוֹן ״הַחֲלוֹם הַיָּשָׁן הוּא עַכְשָׁו בַּיִת״ עוֹשֶׂה?</w:t>
      </w:r>
    </w:p>
    <w:p>
      <w:pPr>
        <w:bidi/>
        <w:jc w:val="right"/>
      </w:pPr>
      <w:r>
        <w:rPr>
          <w:rFonts w:ascii="Arial" w:hAnsi="Arial" w:cs="Arial"/>
          <w:sz w:val="28"/>
          <w:rtl/>
          <w:szCs w:val="28"/>
        </w:rPr>
        <w:t xml:space="preserve">   ◯ א. פּוֹתֵחַ נוֹשֵׂא חָדָשׁ</w:t>
      </w:r>
    </w:p>
    <w:p>
      <w:pPr>
        <w:bidi/>
        <w:jc w:val="right"/>
      </w:pPr>
      <w:r>
        <w:rPr>
          <w:rFonts w:ascii="Arial" w:hAnsi="Arial" w:cs="Arial"/>
          <w:sz w:val="28"/>
          <w:rtl/>
          <w:szCs w:val="28"/>
        </w:rPr>
        <w:t xml:space="preserve">   ◯ ב. מְסַכֵּם אֶת הָרַעְיוֹן</w:t>
      </w:r>
    </w:p>
    <w:p>
      <w:pPr>
        <w:bidi/>
        <w:jc w:val="right"/>
      </w:pPr>
      <w:r>
        <w:rPr>
          <w:rFonts w:ascii="Arial" w:hAnsi="Arial" w:cs="Arial"/>
          <w:sz w:val="28"/>
          <w:rtl/>
          <w:szCs w:val="28"/>
        </w:rPr>
        <w:t xml:space="preserve">   ◯ ג. נוֹתֵן דֻּגְמָה לְאֹכֶל</w:t>
      </w:r>
    </w:p>
    <w:p>
      <w:pPr>
        <w:bidi/>
        <w:jc w:val="right"/>
      </w:pPr>
      <w:r>
        <w:rPr>
          <w:rFonts w:ascii="Arial" w:hAnsi="Arial" w:cs="Arial"/>
          <w:sz w:val="28"/>
          <w:rtl/>
          <w:szCs w:val="28"/>
        </w:rPr>
        <w:t xml:space="preserve">   ◯ ד. שׁוֹאֵל אֶת הַקּוֹרְאִים</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הַסִּיגְד הוּא חַג שֶׁל יְהוּדֵי אֶתְיוֹפְּיָה.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בַּסִּיגְד יוֹרְדִים 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הָאוֹרִית כְּתוּבָה בְּגֵעֵז.</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בַּבֹּקֶר אוֹכְלִים הַרְבֵּה.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הַקְּהִלָּה הִתְגַּעְגְּעָה לִירוּשָׁלַיִם.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הַיּוֹם אֵין חֲגִיגָה בִּירוּשָׁלַיִם.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הַקֵּס הוּא מַנְהִיג שֶׁל הַקְּהִלָּה.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הַסִּיגְד חָל בְּחֹדֶשׁ נִיסָן.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אַחַר כָּךְ · כִּי · לָכֵן · אֲבָל · וְגַם</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הַקְּהִלָּה עָלְתָה לָהָר, (1)________ רָצְתָה לְהִתְפַּלֵּל. הַדֶּרֶךְ הָיְתָה קָשָׁה, (2)________ אַף אֶחָד לֹא וִתֵּר. הֵם הִתְפַּלְּלוּ (3)________ שָׁרוּ. (4)________ יָרְדוּ וְחָגְגוּ.</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4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בַּסִּיגְד הַקְּהִלָּה עוֹלִים לָהָר. קֵסִים קוֹרְאִים מֵהָאוֹרִית. בָּעֶרֶב יֵשׁ אֲרוּחָה גָּדוֹל. כֻּלָּם שְׂמֵחַ מְאוֹד.</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חַג</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הַר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קֵס</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אוֹרִית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צוֹם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גַּעְגּוּעַ</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יוֹם מְיֻחָד וְשָׂמֵחַ.</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גָּבוֹהַּ מְאוֹד.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מַנְהִיג דָּתִי שֶׁל הַקְּהִלָּה.</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סֵפֶר קָדוֹשׁ בְּשָׂפַת גֵּעֵז.</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זְמַן בְּלִי אֹכֶל וּבְלִי מַיִם.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רוֹצִים מְאוֹד מָקוֹם אוֹ אָדָם רָחוֹק.</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עברית</w:t>
            </w:r>
          </w:p>
        </w:tc>
        <w:tc>
          <w:tcPr>
            <w:tcW w:type="dxa" w:w="2606"/>
            <w:shd w:val="clear" w:fill="E5DBFF"/>
          </w:tcPr>
          <w:p>
            <w:pPr>
              <w:bidi/>
              <w:jc w:val="right"/>
            </w:pPr>
            <w:r>
              <w:rPr>
                <w:rFonts w:ascii="Arial" w:hAnsi="Arial" w:cs="Arial"/>
                <w:b/>
                <w:sz w:val="26"/>
                <w:rtl/>
                <w:szCs w:val="26"/>
                <w:bCs/>
              </w:rPr>
              <w:t>English</w:t>
            </w:r>
          </w:p>
        </w:tc>
        <w:tc>
          <w:tcPr>
            <w:tcW w:type="dxa" w:w="2606"/>
            <w:shd w:val="clear" w:fill="E5DBFF"/>
          </w:tcPr>
          <w:p>
            <w:pPr>
              <w:bidi/>
              <w:jc w:val="right"/>
            </w:pPr>
            <w:r>
              <w:rPr>
                <w:rFonts w:ascii="Arial" w:hAnsi="Arial" w:cs="Arial"/>
                <w:b/>
                <w:sz w:val="26"/>
                <w:rtl/>
                <w:szCs w:val="26"/>
                <w:bCs/>
              </w:rPr>
              <w:t>Русский</w:t>
            </w:r>
          </w:p>
        </w:tc>
        <w:tc>
          <w:tcPr>
            <w:tcW w:type="dxa" w:w="2606"/>
            <w:shd w:val="clear" w:fill="E5DBFF"/>
          </w:tcPr>
          <w:p>
            <w:pPr>
              <w:bidi/>
              <w:jc w:val="right"/>
            </w:pPr>
            <w:r>
              <w:rPr>
                <w:rFonts w:ascii="Arial" w:hAnsi="Arial" w:cs="Arial"/>
                <w:b/>
                <w:sz w:val="26"/>
                <w:rtl/>
                <w:szCs w:val="26"/>
                <w:bCs/>
              </w:rPr>
              <w:t>العربية</w:t>
            </w:r>
          </w:p>
        </w:tc>
      </w:tr>
      <w:tr>
        <w:tc>
          <w:tcPr>
            <w:tcW w:type="dxa" w:w="2606"/>
          </w:tcPr>
          <w:p>
            <w:pPr>
              <w:bidi/>
              <w:jc w:val="right"/>
            </w:pPr>
            <w:r>
              <w:rPr>
                <w:rFonts w:ascii="Arial" w:hAnsi="Arial" w:cs="Arial"/>
                <w:sz w:val="26"/>
                <w:rtl/>
                <w:szCs w:val="26"/>
              </w:rPr>
              <w:t>חַג</w:t>
            </w:r>
          </w:p>
        </w:tc>
        <w:tc>
          <w:tcPr>
            <w:tcW w:type="dxa" w:w="2606"/>
          </w:tcPr>
          <w:p>
            <w:pPr>
              <w:bidi/>
              <w:jc w:val="right"/>
            </w:pPr>
            <w:r>
              <w:rPr>
                <w:rFonts w:ascii="Arial" w:hAnsi="Arial" w:cs="Arial"/>
                <w:sz w:val="26"/>
                <w:rtl/>
                <w:szCs w:val="26"/>
              </w:rPr>
              <w:t>holiday</w:t>
            </w:r>
          </w:p>
        </w:tc>
        <w:tc>
          <w:tcPr>
            <w:tcW w:type="dxa" w:w="2606"/>
          </w:tcPr>
          <w:p>
            <w:pPr>
              <w:bidi/>
              <w:jc w:val="right"/>
            </w:pPr>
            <w:r>
              <w:rPr>
                <w:rFonts w:ascii="Arial" w:hAnsi="Arial" w:cs="Arial"/>
                <w:sz w:val="26"/>
                <w:rtl/>
                <w:szCs w:val="26"/>
              </w:rPr>
              <w:t>праздник</w:t>
            </w:r>
          </w:p>
        </w:tc>
        <w:tc>
          <w:tcPr>
            <w:tcW w:type="dxa" w:w="2606"/>
          </w:tcPr>
          <w:p>
            <w:pPr>
              <w:bidi/>
              <w:jc w:val="right"/>
            </w:pPr>
            <w:r>
              <w:rPr>
                <w:rFonts w:ascii="Arial" w:hAnsi="Arial" w:cs="Arial"/>
                <w:sz w:val="26"/>
                <w:rtl/>
                <w:szCs w:val="26"/>
              </w:rPr>
              <w:t>عيد</w:t>
            </w:r>
          </w:p>
        </w:tc>
      </w:tr>
      <w:tr>
        <w:tc>
          <w:tcPr>
            <w:tcW w:type="dxa" w:w="2606"/>
          </w:tcPr>
          <w:p>
            <w:pPr>
              <w:bidi/>
              <w:jc w:val="right"/>
            </w:pPr>
            <w:r>
              <w:rPr>
                <w:rFonts w:ascii="Arial" w:hAnsi="Arial" w:cs="Arial"/>
                <w:sz w:val="26"/>
                <w:rtl/>
                <w:szCs w:val="26"/>
              </w:rPr>
              <w:t>הַר</w:t>
            </w:r>
          </w:p>
        </w:tc>
        <w:tc>
          <w:tcPr>
            <w:tcW w:type="dxa" w:w="2606"/>
          </w:tcPr>
          <w:p>
            <w:pPr>
              <w:bidi/>
              <w:jc w:val="right"/>
            </w:pPr>
            <w:r>
              <w:rPr>
                <w:rFonts w:ascii="Arial" w:hAnsi="Arial" w:cs="Arial"/>
                <w:sz w:val="26"/>
                <w:rtl/>
                <w:szCs w:val="26"/>
              </w:rPr>
              <w:t>mountain</w:t>
            </w:r>
          </w:p>
        </w:tc>
        <w:tc>
          <w:tcPr>
            <w:tcW w:type="dxa" w:w="2606"/>
          </w:tcPr>
          <w:p>
            <w:pPr>
              <w:bidi/>
              <w:jc w:val="right"/>
            </w:pPr>
            <w:r>
              <w:rPr>
                <w:rFonts w:ascii="Arial" w:hAnsi="Arial" w:cs="Arial"/>
                <w:sz w:val="26"/>
                <w:rtl/>
                <w:szCs w:val="26"/>
              </w:rPr>
              <w:t>гора</w:t>
            </w:r>
          </w:p>
        </w:tc>
        <w:tc>
          <w:tcPr>
            <w:tcW w:type="dxa" w:w="2606"/>
          </w:tcPr>
          <w:p>
            <w:pPr>
              <w:bidi/>
              <w:jc w:val="right"/>
            </w:pPr>
            <w:r>
              <w:rPr>
                <w:rFonts w:ascii="Arial" w:hAnsi="Arial" w:cs="Arial"/>
                <w:sz w:val="26"/>
                <w:rtl/>
                <w:szCs w:val="26"/>
              </w:rPr>
              <w:t>جبل</w:t>
            </w:r>
          </w:p>
        </w:tc>
      </w:tr>
      <w:tr>
        <w:tc>
          <w:tcPr>
            <w:tcW w:type="dxa" w:w="2606"/>
          </w:tcPr>
          <w:p>
            <w:pPr>
              <w:bidi/>
              <w:jc w:val="right"/>
            </w:pPr>
            <w:r>
              <w:rPr>
                <w:rFonts w:ascii="Arial" w:hAnsi="Arial" w:cs="Arial"/>
                <w:sz w:val="26"/>
                <w:rtl/>
                <w:szCs w:val="26"/>
              </w:rPr>
              <w:t>צָמִים</w:t>
            </w:r>
          </w:p>
        </w:tc>
        <w:tc>
          <w:tcPr>
            <w:tcW w:type="dxa" w:w="2606"/>
          </w:tcPr>
          <w:p>
            <w:pPr>
              <w:bidi/>
              <w:jc w:val="right"/>
            </w:pPr>
            <w:r>
              <w:rPr>
                <w:rFonts w:ascii="Arial" w:hAnsi="Arial" w:cs="Arial"/>
                <w:sz w:val="26"/>
                <w:rtl/>
                <w:szCs w:val="26"/>
              </w:rPr>
              <w:t>fasting (not eating)</w:t>
            </w:r>
          </w:p>
        </w:tc>
        <w:tc>
          <w:tcPr>
            <w:tcW w:type="dxa" w:w="2606"/>
          </w:tcPr>
          <w:p>
            <w:pPr>
              <w:bidi/>
              <w:jc w:val="right"/>
            </w:pPr>
            <w:r>
              <w:rPr>
                <w:rFonts w:ascii="Arial" w:hAnsi="Arial" w:cs="Arial"/>
                <w:sz w:val="26"/>
                <w:rtl/>
                <w:szCs w:val="26"/>
              </w:rPr>
              <w:t>постятся (не едят)</w:t>
            </w:r>
          </w:p>
        </w:tc>
        <w:tc>
          <w:tcPr>
            <w:tcW w:type="dxa" w:w="2606"/>
          </w:tcPr>
          <w:p>
            <w:pPr>
              <w:bidi/>
              <w:jc w:val="right"/>
            </w:pPr>
            <w:r>
              <w:rPr>
                <w:rFonts w:ascii="Arial" w:hAnsi="Arial" w:cs="Arial"/>
                <w:sz w:val="26"/>
                <w:rtl/>
                <w:szCs w:val="26"/>
              </w:rPr>
              <w:t>يصومون</w:t>
            </w:r>
          </w:p>
        </w:tc>
      </w:tr>
      <w:tr>
        <w:tc>
          <w:tcPr>
            <w:tcW w:type="dxa" w:w="2606"/>
          </w:tcPr>
          <w:p>
            <w:pPr>
              <w:bidi/>
              <w:jc w:val="right"/>
            </w:pPr>
            <w:r>
              <w:rPr>
                <w:rFonts w:ascii="Arial" w:hAnsi="Arial" w:cs="Arial"/>
                <w:sz w:val="26"/>
                <w:rtl/>
                <w:szCs w:val="26"/>
              </w:rPr>
              <w:t>קֵסִים</w:t>
            </w:r>
          </w:p>
        </w:tc>
        <w:tc>
          <w:tcPr>
            <w:tcW w:type="dxa" w:w="2606"/>
          </w:tcPr>
          <w:p>
            <w:pPr>
              <w:bidi/>
              <w:jc w:val="right"/>
            </w:pPr>
            <w:r>
              <w:rPr>
                <w:rFonts w:ascii="Arial" w:hAnsi="Arial" w:cs="Arial"/>
                <w:sz w:val="26"/>
                <w:rtl/>
                <w:szCs w:val="26"/>
              </w:rPr>
              <w:t>kessim – spiritual leaders of the community</w:t>
            </w:r>
          </w:p>
        </w:tc>
        <w:tc>
          <w:tcPr>
            <w:tcW w:type="dxa" w:w="2606"/>
          </w:tcPr>
          <w:p>
            <w:pPr>
              <w:bidi/>
              <w:jc w:val="right"/>
            </w:pPr>
            <w:r>
              <w:rPr>
                <w:rFonts w:ascii="Arial" w:hAnsi="Arial" w:cs="Arial"/>
                <w:sz w:val="26"/>
                <w:rtl/>
                <w:szCs w:val="26"/>
              </w:rPr>
              <w:t>кесы – духовные лидеры общины</w:t>
            </w:r>
          </w:p>
        </w:tc>
        <w:tc>
          <w:tcPr>
            <w:tcW w:type="dxa" w:w="2606"/>
          </w:tcPr>
          <w:p>
            <w:pPr>
              <w:bidi/>
              <w:jc w:val="right"/>
            </w:pPr>
            <w:r>
              <w:rPr>
                <w:rFonts w:ascii="Arial" w:hAnsi="Arial" w:cs="Arial"/>
                <w:sz w:val="26"/>
                <w:rtl/>
                <w:szCs w:val="26"/>
              </w:rPr>
              <w:t>الكِسّيم – القادة الروحيون للجماعة</w:t>
            </w:r>
          </w:p>
        </w:tc>
      </w:tr>
      <w:tr>
        <w:tc>
          <w:tcPr>
            <w:tcW w:type="dxa" w:w="2606"/>
          </w:tcPr>
          <w:p>
            <w:pPr>
              <w:bidi/>
              <w:jc w:val="right"/>
            </w:pPr>
            <w:r>
              <w:rPr>
                <w:rFonts w:ascii="Arial" w:hAnsi="Arial" w:cs="Arial"/>
                <w:sz w:val="26"/>
                <w:rtl/>
                <w:szCs w:val="26"/>
              </w:rPr>
              <w:t>אוֹרִית</w:t>
            </w:r>
          </w:p>
        </w:tc>
        <w:tc>
          <w:tcPr>
            <w:tcW w:type="dxa" w:w="2606"/>
          </w:tcPr>
          <w:p>
            <w:pPr>
              <w:bidi/>
              <w:jc w:val="right"/>
            </w:pPr>
            <w:r>
              <w:rPr>
                <w:rFonts w:ascii="Arial" w:hAnsi="Arial" w:cs="Arial"/>
                <w:sz w:val="26"/>
                <w:rtl/>
                <w:szCs w:val="26"/>
              </w:rPr>
              <w:t>Orit – the community's holy scriptures</w:t>
            </w:r>
          </w:p>
        </w:tc>
        <w:tc>
          <w:tcPr>
            <w:tcW w:type="dxa" w:w="2606"/>
          </w:tcPr>
          <w:p>
            <w:pPr>
              <w:bidi/>
              <w:jc w:val="right"/>
            </w:pPr>
            <w:r>
              <w:rPr>
                <w:rFonts w:ascii="Arial" w:hAnsi="Arial" w:cs="Arial"/>
                <w:sz w:val="26"/>
                <w:rtl/>
                <w:szCs w:val="26"/>
              </w:rPr>
              <w:t>Орит – священные книги общины</w:t>
            </w:r>
          </w:p>
        </w:tc>
        <w:tc>
          <w:tcPr>
            <w:tcW w:type="dxa" w:w="2606"/>
          </w:tcPr>
          <w:p>
            <w:pPr>
              <w:bidi/>
              <w:jc w:val="right"/>
            </w:pPr>
            <w:r>
              <w:rPr>
                <w:rFonts w:ascii="Arial" w:hAnsi="Arial" w:cs="Arial"/>
                <w:sz w:val="26"/>
                <w:rtl/>
                <w:szCs w:val="26"/>
              </w:rPr>
              <w:t>الأوريت – الكتب المقدسة للجماعة</w:t>
            </w:r>
          </w:p>
        </w:tc>
      </w:tr>
      <w:tr>
        <w:tc>
          <w:tcPr>
            <w:tcW w:type="dxa" w:w="2606"/>
          </w:tcPr>
          <w:p>
            <w:pPr>
              <w:bidi/>
              <w:jc w:val="right"/>
            </w:pPr>
            <w:r>
              <w:rPr>
                <w:rFonts w:ascii="Arial" w:hAnsi="Arial" w:cs="Arial"/>
                <w:sz w:val="26"/>
                <w:rtl/>
                <w:szCs w:val="26"/>
              </w:rPr>
              <w:t>סְעוּדָה</w:t>
            </w:r>
          </w:p>
        </w:tc>
        <w:tc>
          <w:tcPr>
            <w:tcW w:type="dxa" w:w="2606"/>
          </w:tcPr>
          <w:p>
            <w:pPr>
              <w:bidi/>
              <w:jc w:val="right"/>
            </w:pPr>
            <w:r>
              <w:rPr>
                <w:rFonts w:ascii="Arial" w:hAnsi="Arial" w:cs="Arial"/>
                <w:sz w:val="26"/>
                <w:rtl/>
                <w:szCs w:val="26"/>
              </w:rPr>
              <w:t>festive meal</w:t>
            </w:r>
          </w:p>
        </w:tc>
        <w:tc>
          <w:tcPr>
            <w:tcW w:type="dxa" w:w="2606"/>
          </w:tcPr>
          <w:p>
            <w:pPr>
              <w:bidi/>
              <w:jc w:val="right"/>
            </w:pPr>
            <w:r>
              <w:rPr>
                <w:rFonts w:ascii="Arial" w:hAnsi="Arial" w:cs="Arial"/>
                <w:sz w:val="26"/>
                <w:rtl/>
                <w:szCs w:val="26"/>
              </w:rPr>
              <w:t>праздничная трапеза</w:t>
            </w:r>
          </w:p>
        </w:tc>
        <w:tc>
          <w:tcPr>
            <w:tcW w:type="dxa" w:w="2606"/>
          </w:tcPr>
          <w:p>
            <w:pPr>
              <w:bidi/>
              <w:jc w:val="right"/>
            </w:pPr>
            <w:r>
              <w:rPr>
                <w:rFonts w:ascii="Arial" w:hAnsi="Arial" w:cs="Arial"/>
                <w:sz w:val="26"/>
                <w:rtl/>
                <w:szCs w:val="26"/>
              </w:rPr>
              <w:t>وليمة</w:t>
            </w:r>
          </w:p>
        </w:tc>
      </w:tr>
      <w:tr>
        <w:tc>
          <w:tcPr>
            <w:tcW w:type="dxa" w:w="2606"/>
          </w:tcPr>
          <w:p>
            <w:pPr>
              <w:bidi/>
              <w:jc w:val="right"/>
            </w:pPr>
            <w:r>
              <w:rPr>
                <w:rFonts w:ascii="Arial" w:hAnsi="Arial" w:cs="Arial"/>
                <w:sz w:val="26"/>
                <w:rtl/>
                <w:szCs w:val="26"/>
              </w:rPr>
              <w:t>שְׁכֵנָה</w:t>
            </w:r>
          </w:p>
        </w:tc>
        <w:tc>
          <w:tcPr>
            <w:tcW w:type="dxa" w:w="2606"/>
          </w:tcPr>
          <w:p>
            <w:pPr>
              <w:bidi/>
              <w:jc w:val="right"/>
            </w:pPr>
            <w:r>
              <w:rPr>
                <w:rFonts w:ascii="Arial" w:hAnsi="Arial" w:cs="Arial"/>
                <w:sz w:val="26"/>
                <w:rtl/>
                <w:szCs w:val="26"/>
              </w:rPr>
              <w:t>neighbour (f.)</w:t>
            </w:r>
          </w:p>
        </w:tc>
        <w:tc>
          <w:tcPr>
            <w:tcW w:type="dxa" w:w="2606"/>
          </w:tcPr>
          <w:p>
            <w:pPr>
              <w:bidi/>
              <w:jc w:val="right"/>
            </w:pPr>
            <w:r>
              <w:rPr>
                <w:rFonts w:ascii="Arial" w:hAnsi="Arial" w:cs="Arial"/>
                <w:sz w:val="26"/>
                <w:rtl/>
                <w:szCs w:val="26"/>
              </w:rPr>
              <w:t>соседка</w:t>
            </w:r>
          </w:p>
        </w:tc>
        <w:tc>
          <w:tcPr>
            <w:tcW w:type="dxa" w:w="2606"/>
          </w:tcPr>
          <w:p>
            <w:pPr>
              <w:bidi/>
              <w:jc w:val="right"/>
            </w:pPr>
            <w:r>
              <w:rPr>
                <w:rFonts w:ascii="Arial" w:hAnsi="Arial" w:cs="Arial"/>
                <w:sz w:val="26"/>
                <w:rtl/>
                <w:szCs w:val="26"/>
              </w:rPr>
              <w:t>جارة</w:t>
            </w:r>
          </w:p>
        </w:tc>
      </w:tr>
      <w:tr>
        <w:tc>
          <w:tcPr>
            <w:tcW w:type="dxa" w:w="2606"/>
          </w:tcPr>
          <w:p>
            <w:pPr>
              <w:bidi/>
              <w:jc w:val="right"/>
            </w:pPr>
            <w:r>
              <w:rPr>
                <w:rFonts w:ascii="Arial" w:hAnsi="Arial" w:cs="Arial"/>
                <w:sz w:val="26"/>
                <w:rtl/>
                <w:szCs w:val="26"/>
              </w:rPr>
              <w:t>לוּחַ</w:t>
            </w:r>
          </w:p>
        </w:tc>
        <w:tc>
          <w:tcPr>
            <w:tcW w:type="dxa" w:w="2606"/>
          </w:tcPr>
          <w:p>
            <w:pPr>
              <w:bidi/>
              <w:jc w:val="right"/>
            </w:pPr>
            <w:r>
              <w:rPr>
                <w:rFonts w:ascii="Arial" w:hAnsi="Arial" w:cs="Arial"/>
                <w:sz w:val="26"/>
                <w:rtl/>
                <w:szCs w:val="26"/>
              </w:rPr>
              <w:t>board</w:t>
            </w:r>
          </w:p>
        </w:tc>
        <w:tc>
          <w:tcPr>
            <w:tcW w:type="dxa" w:w="2606"/>
          </w:tcPr>
          <w:p>
            <w:pPr>
              <w:bidi/>
              <w:jc w:val="right"/>
            </w:pPr>
            <w:r>
              <w:rPr>
                <w:rFonts w:ascii="Arial" w:hAnsi="Arial" w:cs="Arial"/>
                <w:sz w:val="26"/>
                <w:rtl/>
                <w:szCs w:val="26"/>
              </w:rPr>
              <w:t>доска</w:t>
            </w:r>
          </w:p>
        </w:tc>
        <w:tc>
          <w:tcPr>
            <w:tcW w:type="dxa" w:w="2606"/>
          </w:tcPr>
          <w:p>
            <w:pPr>
              <w:bidi/>
              <w:jc w:val="right"/>
            </w:pPr>
            <w:r>
              <w:rPr>
                <w:rFonts w:ascii="Arial" w:hAnsi="Arial" w:cs="Arial"/>
                <w:sz w:val="26"/>
                <w:rtl/>
                <w:szCs w:val="26"/>
              </w:rPr>
              <w:t>لوح</w:t>
            </w:r>
          </w:p>
        </w:tc>
      </w:tr>
      <w:tr>
        <w:tc>
          <w:tcPr>
            <w:tcW w:type="dxa" w:w="2606"/>
          </w:tcPr>
          <w:p>
            <w:pPr>
              <w:bidi/>
              <w:jc w:val="right"/>
            </w:pPr>
            <w:r>
              <w:rPr>
                <w:rFonts w:ascii="Arial" w:hAnsi="Arial" w:cs="Arial"/>
                <w:sz w:val="26"/>
                <w:rtl/>
                <w:szCs w:val="26"/>
              </w:rPr>
              <w:t>מִתְפַּלְּלִים</w:t>
            </w:r>
          </w:p>
        </w:tc>
        <w:tc>
          <w:tcPr>
            <w:tcW w:type="dxa" w:w="2606"/>
          </w:tcPr>
          <w:p>
            <w:pPr>
              <w:bidi/>
              <w:jc w:val="right"/>
            </w:pPr>
            <w:r>
              <w:rPr>
                <w:rFonts w:ascii="Arial" w:hAnsi="Arial" w:cs="Arial"/>
                <w:sz w:val="26"/>
                <w:rtl/>
                <w:szCs w:val="26"/>
              </w:rPr>
              <w:t>praying</w:t>
            </w:r>
          </w:p>
        </w:tc>
        <w:tc>
          <w:tcPr>
            <w:tcW w:type="dxa" w:w="2606"/>
          </w:tcPr>
          <w:p>
            <w:pPr>
              <w:bidi/>
              <w:jc w:val="right"/>
            </w:pPr>
            <w:r>
              <w:rPr>
                <w:rFonts w:ascii="Arial" w:hAnsi="Arial" w:cs="Arial"/>
                <w:sz w:val="26"/>
                <w:rtl/>
                <w:szCs w:val="26"/>
              </w:rPr>
              <w:t>молятся</w:t>
            </w:r>
          </w:p>
        </w:tc>
        <w:tc>
          <w:tcPr>
            <w:tcW w:type="dxa" w:w="2606"/>
          </w:tcPr>
          <w:p>
            <w:pPr>
              <w:bidi/>
              <w:jc w:val="right"/>
            </w:pPr>
            <w:r>
              <w:rPr>
                <w:rFonts w:ascii="Arial" w:hAnsi="Arial" w:cs="Arial"/>
                <w:sz w:val="26"/>
                <w:rtl/>
                <w:szCs w:val="26"/>
              </w:rPr>
              <w:t>يصلّون</w:t>
            </w:r>
          </w:p>
        </w:tc>
      </w:tr>
      <w:tr>
        <w:tc>
          <w:tcPr>
            <w:tcW w:type="dxa" w:w="2606"/>
          </w:tcPr>
          <w:p>
            <w:pPr>
              <w:bidi/>
              <w:jc w:val="right"/>
            </w:pPr>
            <w:r>
              <w:rPr>
                <w:rFonts w:ascii="Arial" w:hAnsi="Arial" w:cs="Arial"/>
                <w:sz w:val="26"/>
                <w:rtl/>
                <w:szCs w:val="26"/>
              </w:rPr>
              <w:t>כִּסּוּפִים</w:t>
            </w:r>
          </w:p>
        </w:tc>
        <w:tc>
          <w:tcPr>
            <w:tcW w:type="dxa" w:w="2606"/>
          </w:tcPr>
          <w:p>
            <w:pPr>
              <w:bidi/>
              <w:jc w:val="right"/>
            </w:pPr>
            <w:r>
              <w:rPr>
                <w:rFonts w:ascii="Arial" w:hAnsi="Arial" w:cs="Arial"/>
                <w:sz w:val="26"/>
                <w:rtl/>
                <w:szCs w:val="26"/>
              </w:rPr>
              <w:t>deep longing</w:t>
            </w:r>
          </w:p>
        </w:tc>
        <w:tc>
          <w:tcPr>
            <w:tcW w:type="dxa" w:w="2606"/>
          </w:tcPr>
          <w:p>
            <w:pPr>
              <w:bidi/>
              <w:jc w:val="right"/>
            </w:pPr>
            <w:r>
              <w:rPr>
                <w:rFonts w:ascii="Arial" w:hAnsi="Arial" w:cs="Arial"/>
                <w:sz w:val="26"/>
                <w:rtl/>
                <w:szCs w:val="26"/>
              </w:rPr>
              <w:t>сильная тоска</w:t>
            </w:r>
          </w:p>
        </w:tc>
        <w:tc>
          <w:tcPr>
            <w:tcW w:type="dxa" w:w="2606"/>
          </w:tcPr>
          <w:p>
            <w:pPr>
              <w:bidi/>
              <w:jc w:val="right"/>
            </w:pPr>
            <w:r>
              <w:rPr>
                <w:rFonts w:ascii="Arial" w:hAnsi="Arial" w:cs="Arial"/>
                <w:sz w:val="26"/>
                <w:rtl/>
                <w:szCs w:val="26"/>
              </w:rPr>
              <w:t>شوق عميق</w:t>
            </w:r>
          </w:p>
        </w:tc>
      </w:tr>
      <w:tr>
        <w:tc>
          <w:tcPr>
            <w:tcW w:type="dxa" w:w="2606"/>
          </w:tcPr>
          <w:p>
            <w:pPr>
              <w:bidi/>
              <w:jc w:val="right"/>
            </w:pPr>
            <w:r>
              <w:rPr>
                <w:rFonts w:ascii="Arial" w:hAnsi="Arial" w:cs="Arial"/>
                <w:sz w:val="26"/>
                <w:rtl/>
                <w:szCs w:val="26"/>
              </w:rPr>
              <w:t>גַּעְגּוּעִים</w:t>
            </w:r>
          </w:p>
        </w:tc>
        <w:tc>
          <w:tcPr>
            <w:tcW w:type="dxa" w:w="2606"/>
          </w:tcPr>
          <w:p>
            <w:pPr>
              <w:bidi/>
              <w:jc w:val="right"/>
            </w:pPr>
            <w:r>
              <w:rPr>
                <w:rFonts w:ascii="Arial" w:hAnsi="Arial" w:cs="Arial"/>
                <w:sz w:val="26"/>
                <w:rtl/>
                <w:szCs w:val="26"/>
              </w:rPr>
              <w:t>longing, missing</w:t>
            </w:r>
          </w:p>
        </w:tc>
        <w:tc>
          <w:tcPr>
            <w:tcW w:type="dxa" w:w="2606"/>
          </w:tcPr>
          <w:p>
            <w:pPr>
              <w:bidi/>
              <w:jc w:val="right"/>
            </w:pPr>
            <w:r>
              <w:rPr>
                <w:rFonts w:ascii="Arial" w:hAnsi="Arial" w:cs="Arial"/>
                <w:sz w:val="26"/>
                <w:rtl/>
                <w:szCs w:val="26"/>
              </w:rPr>
              <w:t>тоска, скучать</w:t>
            </w:r>
          </w:p>
        </w:tc>
        <w:tc>
          <w:tcPr>
            <w:tcW w:type="dxa" w:w="2606"/>
          </w:tcPr>
          <w:p>
            <w:pPr>
              <w:bidi/>
              <w:jc w:val="right"/>
            </w:pPr>
            <w:r>
              <w:rPr>
                <w:rFonts w:ascii="Arial" w:hAnsi="Arial" w:cs="Arial"/>
                <w:sz w:val="26"/>
                <w:rtl/>
                <w:szCs w:val="26"/>
              </w:rPr>
              <w:t>حنين</w:t>
            </w:r>
          </w:p>
        </w:tc>
      </w:tr>
      <w:tr>
        <w:tc>
          <w:tcPr>
            <w:tcW w:type="dxa" w:w="2606"/>
          </w:tcPr>
          <w:p>
            <w:pPr>
              <w:bidi/>
              <w:jc w:val="right"/>
            </w:pPr>
            <w:r>
              <w:rPr>
                <w:rFonts w:ascii="Arial" w:hAnsi="Arial" w:cs="Arial"/>
                <w:sz w:val="26"/>
                <w:rtl/>
                <w:szCs w:val="26"/>
              </w:rPr>
              <w:t>חֲלוֹם</w:t>
            </w:r>
          </w:p>
        </w:tc>
        <w:tc>
          <w:tcPr>
            <w:tcW w:type="dxa" w:w="2606"/>
          </w:tcPr>
          <w:p>
            <w:pPr>
              <w:bidi/>
              <w:jc w:val="right"/>
            </w:pPr>
            <w:r>
              <w:rPr>
                <w:rFonts w:ascii="Arial" w:hAnsi="Arial" w:cs="Arial"/>
                <w:sz w:val="26"/>
                <w:rtl/>
                <w:szCs w:val="26"/>
              </w:rPr>
              <w:t>dream</w:t>
            </w:r>
          </w:p>
        </w:tc>
        <w:tc>
          <w:tcPr>
            <w:tcW w:type="dxa" w:w="2606"/>
          </w:tcPr>
          <w:p>
            <w:pPr>
              <w:bidi/>
              <w:jc w:val="right"/>
            </w:pPr>
            <w:r>
              <w:rPr>
                <w:rFonts w:ascii="Arial" w:hAnsi="Arial" w:cs="Arial"/>
                <w:sz w:val="26"/>
                <w:rtl/>
                <w:szCs w:val="26"/>
              </w:rPr>
              <w:t>мечта, сон</w:t>
            </w:r>
          </w:p>
        </w:tc>
        <w:tc>
          <w:tcPr>
            <w:tcW w:type="dxa" w:w="2606"/>
          </w:tcPr>
          <w:p>
            <w:pPr>
              <w:bidi/>
              <w:jc w:val="right"/>
            </w:pPr>
            <w:r>
              <w:rPr>
                <w:rFonts w:ascii="Arial" w:hAnsi="Arial" w:cs="Arial"/>
                <w:sz w:val="26"/>
                <w:rtl/>
                <w:szCs w:val="26"/>
              </w:rPr>
              <w:t>حلم</w:t>
            </w:r>
          </w:p>
        </w:tc>
      </w:tr>
      <w:tr>
        <w:tc>
          <w:tcPr>
            <w:tcW w:type="dxa" w:w="2606"/>
          </w:tcPr>
          <w:p>
            <w:pPr>
              <w:bidi/>
              <w:jc w:val="right"/>
            </w:pPr>
            <w:r>
              <w:rPr>
                <w:rFonts w:ascii="Arial" w:hAnsi="Arial" w:cs="Arial"/>
                <w:sz w:val="26"/>
                <w:rtl/>
                <w:szCs w:val="26"/>
              </w:rPr>
              <w:t>יְרוּשָׁלַיִם</w:t>
            </w:r>
          </w:p>
        </w:tc>
        <w:tc>
          <w:tcPr>
            <w:tcW w:type="dxa" w:w="2606"/>
          </w:tcPr>
          <w:p>
            <w:pPr>
              <w:bidi/>
              <w:jc w:val="right"/>
            </w:pPr>
            <w:r>
              <w:rPr>
                <w:rFonts w:ascii="Arial" w:hAnsi="Arial" w:cs="Arial"/>
                <w:sz w:val="26"/>
                <w:rtl/>
                <w:szCs w:val="26"/>
              </w:rPr>
              <w:t>Jerusalem</w:t>
            </w:r>
          </w:p>
        </w:tc>
        <w:tc>
          <w:tcPr>
            <w:tcW w:type="dxa" w:w="2606"/>
          </w:tcPr>
          <w:p>
            <w:pPr>
              <w:bidi/>
              <w:jc w:val="right"/>
            </w:pPr>
            <w:r>
              <w:rPr>
                <w:rFonts w:ascii="Arial" w:hAnsi="Arial" w:cs="Arial"/>
                <w:sz w:val="26"/>
                <w:rtl/>
                <w:szCs w:val="26"/>
              </w:rPr>
              <w:t>Иерусалим</w:t>
            </w:r>
          </w:p>
        </w:tc>
        <w:tc>
          <w:tcPr>
            <w:tcW w:type="dxa" w:w="2606"/>
          </w:tcPr>
          <w:p>
            <w:pPr>
              <w:bidi/>
              <w:jc w:val="right"/>
            </w:pPr>
            <w:r>
              <w:rPr>
                <w:rFonts w:ascii="Arial" w:hAnsi="Arial" w:cs="Arial"/>
                <w:sz w:val="26"/>
                <w:rtl/>
                <w:szCs w:val="26"/>
              </w:rPr>
              <w:t>القدس</w:t>
            </w:r>
          </w:p>
        </w:tc>
      </w:tr>
      <w:tr>
        <w:tc>
          <w:tcPr>
            <w:tcW w:type="dxa" w:w="2606"/>
          </w:tcPr>
          <w:p>
            <w:pPr>
              <w:bidi/>
              <w:jc w:val="right"/>
            </w:pPr>
            <w:r>
              <w:rPr>
                <w:rFonts w:ascii="Arial" w:hAnsi="Arial" w:cs="Arial"/>
                <w:sz w:val="26"/>
                <w:rtl/>
                <w:szCs w:val="26"/>
              </w:rPr>
              <w:t>חֶשְׁוָן</w:t>
            </w:r>
          </w:p>
        </w:tc>
        <w:tc>
          <w:tcPr>
            <w:tcW w:type="dxa" w:w="2606"/>
          </w:tcPr>
          <w:p>
            <w:pPr>
              <w:bidi/>
              <w:jc w:val="right"/>
            </w:pPr>
            <w:r>
              <w:rPr>
                <w:rFonts w:ascii="Arial" w:hAnsi="Arial" w:cs="Arial"/>
                <w:sz w:val="26"/>
                <w:rtl/>
                <w:szCs w:val="26"/>
              </w:rPr>
              <w:t>Heshvan (Hebrew month)</w:t>
            </w:r>
          </w:p>
        </w:tc>
        <w:tc>
          <w:tcPr>
            <w:tcW w:type="dxa" w:w="2606"/>
          </w:tcPr>
          <w:p>
            <w:pPr>
              <w:bidi/>
              <w:jc w:val="right"/>
            </w:pPr>
            <w:r>
              <w:rPr>
                <w:rFonts w:ascii="Arial" w:hAnsi="Arial" w:cs="Arial"/>
                <w:sz w:val="26"/>
                <w:rtl/>
                <w:szCs w:val="26"/>
              </w:rPr>
              <w:t>Хешван (еврейский месяц)</w:t>
            </w:r>
          </w:p>
        </w:tc>
        <w:tc>
          <w:tcPr>
            <w:tcW w:type="dxa" w:w="2606"/>
          </w:tcPr>
          <w:p>
            <w:pPr>
              <w:bidi/>
              <w:jc w:val="right"/>
            </w:pPr>
            <w:r>
              <w:rPr>
                <w:rFonts w:ascii="Arial" w:hAnsi="Arial" w:cs="Arial"/>
                <w:sz w:val="26"/>
                <w:rtl/>
                <w:szCs w:val="26"/>
              </w:rPr>
              <w:t>حشفان (شهر عبري)</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חג הסיגד · יסודי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